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4S/158/2012 z 10. 4. 2014</w:t>
      </w:r>
    </w:p>
    <w:p>
      <w:r>
        <w:t>Uznesenie Krajského súdu Bratislava z 10. apríla 2014, sp. zn. 4S/158/2012, ECLI:SK:KSBA:2014:1012201434.2</w:t>
      </w:r>
    </w:p>
    <w:p>
      <w:r>
        <w:t>Súd: Krajský súd Bratislava</w:t>
      </w:r>
    </w:p>
    <w:p>
      <w:r>
        <w:t>Spisová značka: 4S/158/2012</w:t>
      </w:r>
    </w:p>
    <w:p>
      <w:r>
        <w:t>ECLI: ECLI:SK:KSBA:2014:1012201434.2</w:t>
      </w:r>
    </w:p>
    <w:p>
      <w:r>
        <w:t>Dátum vydania: 10. 4. 2014</w:t>
      </w:r>
    </w:p>
    <w:p>
      <w:r>
        <w:t>Forma: Uznesenie</w:t>
      </w:r>
    </w:p>
    <w:p>
      <w:pPr>
        <w:pStyle w:val="Heading2"/>
      </w:pPr>
      <w:r>
        <w:t>Text rozhodnutia</w:t>
      </w:r>
    </w:p>
    <w:p>
      <w:r>
        <w:t>Súd: Krajský súd Bratislava Spisová značka: 4S/158/2012 Identifikačné číslo súdneho spisu: 1012201434 Dátum vydania rozhodnutia: 11. 04. 2014 Meno a priezvisko sudcu, VSÚ: JUDr. Judita Kokolevská ECLI: ECLI:SK:KSBA:2014:1012201434.2 Uznesenie Krajský súd v Bratislave v právnej veci žalobcov: I. Coryn, s.r.o., so sídlom Jesenná 8, 080 05 Prešov, IČO 36 510 645; II. Benc, s.r.o., so sídlom Jesenná 8, 080 05 Prešov, IČO 36 506 451; III. PONECO, s.r.o., so sídlom Jesenná 12, 080 05 Prešov, IČO 36 707 996; IV. CORS, spol.s.r.o., so sídlom Jesenná 8, 080 05 Prešov, IČO 36 467 057; V. V. X., bytom P. XX, XXX XX V.; všetci právne zastúpení: JUDr. Michal Feciľak, so sídlom Jesenná 8, 080 05 Prešov, proti žalovanému: Ministerstvo dopravy, výstavby a regionálneho rozvoja Slovenskej republiky, so sídlom Námestie slobody 6, P.O.BOX 100, 810 05 Bratislava, o preskúmanie zákonnosti rozhodnutia žalovaného č. 07211/2012/SCDPK-59306 zo dňa 23.4.2012, jednohlasne, takto r o z h o d o l : Krajský súd v Bratislave konanie z a s t a v u j e . Žiaden z účastníkov n e m á právo na náhradu trov konania. o d ô v o d n e n i e : Žalobou podanou na Krajský súd v Bratislave dňa 27,7.2012 sa žalobcovia domáhali preskúmania zákonnosti rozhodnutia žalovaného č. 07211/2012/SCDPK-59306 zo dňa 23.4.2012, ktorým žalovaný dňom 10.5.2012 pretriedil a prestaničil v cestnej sieti pôvodný úsek cesty III. triedy č. 06810 tak, ako je uvedené vo výroku žalobou napadnutého rozhodnutia. Žalobcom zo strany samosprávneho kraja bolo oznámené, že prebehlo správne konanie, na základe ktorého došlo k zmene usporiadania cestnej siete v okrese Prešov. Ďalej v žalobe uviedli, že predmetná cesta III. triedy sa nachádza na pozemkoch vo vlastníctve iných subjektov a to: - žalobca v I. rade je vlastníkom nehnuteľností zapísaných na J. XXXX ( S. D. XXXX/X, XXXX/X, XXXX/ X a XXXX/XX) - žalobca v II. rade je vlastníkom nehnuteľností zapísanej na J. XXXX ( S. D. XXXX/X) - žalobca v III. rade je vlastníkom nehnuteľností na J. XXXX ( S. D. XXXX/X) - žalobca IV. rade je vlastníkom nehnuteľností na J. XXXX (XXXX/XX) - žalobca v V. rade je vlastníkom nehnuteľností na J. XXXX (S. D. XXXX/XX) a spoluvlastníkom J. XXX ( S. D.) Na Okresnom súde Prešov je vedených niekoľko sporov, v ktorých sa žalobcovia domáhajú vydania bezdôvodného obohatenia za užívanie vyššie uvedených pozemkov v ich vlastníctve stavbou predmetnej cesty (XC/X/XXXX, XXC/XX/XXXX, XXC/X/XXXXX). Žalobcovia majú za to, že pri postupe správneho orgánu bol porušený zákon č. 162/1995 Z.z. o katastri nehnuteľnosti a o zápise vlastníckych a iných práv k nehnuteľnostiam, zákon č. 135/1961 Zb. o pozemných komunikáciách a zákon č.71/1967 Zb. o správnom konaní (ďalej len zákon č. 71/1967 Zb.). Žalovaný postupoval nezákonne, nakoľko sa nezaoberal okruhom účastníkov konania a na základe tejto skutočnosti sa domáhali, aby krajský súd rozhodnutie žalovaného č. 07211/2012/SCDPK-59306 zo dňa 23.4.2012 zrušil a vec vrátil na ďalšie konanie. Žalovaný vo svojom vyjadrení doručenom Krajskému súdu v Bratislave dňa 24.8.2012 uviedol, že predmetom konania je pretriedenie a prestaničenie ciest a nie práva a povinnosti majiteľov pozemkov, na ktorých sú cesty postavené. Žalobcovia nie sú účastníkmi konania podľa § 14 ods. 1 zákona č. 71/1967 Zb.. V konaní podľa § 3 ods. 3 písm. d) cestného zákona (zákon č. 135/1961 Zb. o pozemných komunikáciách) sa posudzuje, či pozemná komunikácia spĺňa technické parametre určené pre jednotlivé kategórie. Žalobcovia sa nevyjadrili, ktoré ich práva a povinnosti budú dotknuté preradením cesty z cesty III. triedy na diaľničný prevádzač. Ministerstvu nie sú známe žiadne povinnosti, ktoré by mohli vzniknúť žalobcom na základe rozhodnutia. Diaľnice sú podľa zákona č. 639/2004 o NDS prioritným majetkom štátu a môžu byť vo vlastníctve štátu alebo NDS. Podľa § 4a ods. 5 zákona č. 135/1961 Zb. cestného zákona, môže ministerstvo vydať rozhodnutie o usporiadaní cestnej siete iba na základe zmluvy o budúcej zmluve o prevode vlastníckeho práva k dotknutej pozemnej komunikácii uzatvorenej medzi doterajším vlastníkom a budúcim vlastníkom. Žalobcovia doručili žalovanému dňa 6.6.2012 podanie označené ako rozklad - obnova konania. Toto podanie bolo vyhodnotené ako návrh na obnovu konania. Spoločný zástupca bol listom vyzvaný na zaplatenie správneho poplatku. V stanovenej lehote nebol správny poplatok zaplatený a rozhodnutím č. 15451/2012-SCDPK- 46909 zo dňa 15.8.2012 bolo konanie zastavené. Žalovaný sa domáhal, aby Krajský súd v Bratislave žalobu zamietol podľa § 250j ods. 1 O.s.p. ako nedôvodnú. Krajský súd v Bratislave po preskúmaní žaloby dospel k záveru, že žaloba je nedostatočná na ustálenie charakteru konania a teda vyzval uznesením č.k. 4S/158/2012-69 zo dňa 14.2.2014 žalobcov na doplnenie žaloby, resp. uviedli čoho konkrétne sa domáhajú voči žalovanému, resp. ktoré časti napadnutého rozhodnutia považujú za nezákonné a preto sa domáhajú ich súdneho prieskumu a najmä ako rozhodnutím žalovaného č. 07211/2012/SCDPK-59306 zo dňa 23.4.2012 boli dotknuté práva žalobcov I.- V., ako aj ich právom chránené záujmy a povinnosti. V doplnenej žalobe doručenej Krajskému súdu v Bratislave dňa 13.3.2014 uviedli, že pred pretriedením cesty III. triedy č. 06810 do siete diaľnic mali byť upravené vlastnícke práva vlastníkov pozemkov zastavených pozemnou komunikáciou s novým vlastníkom pozemnej komunikácie Národnou diaľničnou spoločnosťou, a.s.. Z administratívneho spisu súd zistil, že rozhodnutím žalovaného č. 07211/2012/SCDPK-59306 zo dňa 23.4.2012, bol pretriedený a prestaničený v cestnej sieti pôvodný úsek cesty III. triedy č. 06810. Rozhodnutie sa nedoručovalo žalobcom, nakoľko správny orgán ich nepovažoval za účastníkov konania. Dňa 6.6.2012 žalobcovia podali rozklad, v ktorom namietali okruh účastníkov konania. Domáhali sa, aby správny orgán rozhodnutie zrušil, alebo aby konanie bolo obnovené podľa § 62 zákona č. 71/1967 Zb.. Ministerstvo dopravy, výstavby a regionálneho rozvoja Slovenskej republiky výzvou č. 15451/2012/ SCDPK-40256 zo dňa 12.7.2012 vyzvalo na zaplatenie správneho poplatku spoločne a nerozdielne právnické osoby ( Coryn, s.r.o.; Benc, s.r.o.; PONECO, s.r.o.; CORS, s.r.o.) vo výške 165,50,- € a fyzickú osobu - V. X. vo výške 16,50,- €. Správny poplatok mal byť zaplatený v lehote 15 dní od doručenia výzvy. Dotknuté osoby boli zároveň upozornené, že ak správny poplatok zaplatený nebude, konanie sa zastaví v zmysle § 30 ods. 1 písm. j) zákona č. 71/1967 Zb. Rozhodnutím č. 15451/2012/SCDPK-35624 zo dňa 20.6.2012 správny orgán - Ministerstvo dopravy, výstavby a regionálneho rozvoja Slovenskej republiky - určil V. X. ako spoločného splnomocnenca pre doručovanie vo veci podania „ Rozklad, návrh na obnovu konania“ o usporiadaní cestnej siete v meste Prešov uskutočneného ministerstvom ukončeného dňa 23.4.2012 rozhodnutím č. 07211/2012/ SCDPK-59306. Rozhodnutím Ministerstva dopravy, výstavby a regionálneho rozvoja Slovenskej republiky č. 15451/2012/SCDPK-46909 zo dňa 15.8.2012 bolo konanie vo veci podania „ Rozklad, návrh na obnovu konania“ o usporiadaní cestnej siete v meste Prešov uskutočneného ministerstvom ukončeného dňa 23.4.2012 rozhodnutím č. 07211/2012/SCDPK-59306 zastavené podľa § 9 zákona č. 145/1995 Z.z. o správnych poplatkoch. Rozhodnutie o zastavení konania prevzal V. X. dňa 23.8.2012. Podľa ust. § 247 ods. 1-3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ust. § 250 ods. 4 OSP pri rozhodnutí správneho orgánu vydaného v správnom konaní je žalovaným správny orgán, ktorý rozhodol v poslednom stupni. Podľa ustanovenia § 250b ods. 1 O.s.p., žaloba sa musí podať do dvoch mesiacov od doručenia rozhodnutia správneho orgánu v poslednom stupni, pokiaľ osobitný zákon neustanovuje inak. Zameškanie lehoty nemožno odpustiť.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Krajský súd v Bratislave po preskúmaní administratívneho spisu zistil, že žaloba smeruje proti rozhodnutiu správneho orgánu prvého stupňa č. 07211/2012/SCDPK-59306 zo dňa 23.4.2012, ktorým bol pretriedený a prestaničený v cestnej sieti pôvodný úsek cesty III. triedy č. 06810. Žalovaný rozhodnutie nedoručil žalobcom, nakoľko ich nepovažoval za účastníkov konania. Dňa 6.6.2012 žalobcovia podali rozklad - obnova konania, v ktorom namietali okruh účastníkov konania a v tomto rozklade domáhali sa, aby správny orgán rozhodnutie zrušil, alebo aby konanie bolo obnovené podľa § 62 zákona č. 71/1967 Zb.. Nakoľko rozhodnutie správneho orgánu č. 07211/2012/SCDPK-59306 zo dňa 23.4.2012 nadobudlo právoplatnosť dňa 21.5.2012, správny orgán vyhodnotil podanie žalobcov ako návrh na obnovu konania a zároveň ich vyzval na zaplatenie správneho poplatku. Žalobcovia výzvu na zaplatenie súdneho poplatku neakceptovali, ten nezaplatili a tým zmarili svoju možnosť domáhať sa ochrany svojich základných práv pred správnym orgánom prostredníctvom obnovy konania. Žalovaný nemal inú možnosť ako postupovať v súlade so zákonom č. 71/1967 Zb. a rozhodnutím č. 15451/2012/ SCDPK-46909 zo dňa 15.8.2012 konanie vo veci podania „ Rozklad, návrh na obnovu konania“ o usporiadaní cestnej siete v meste Prešov uskutočneného ministerstvom ukončeného dňa 23.4.2012 rozhodnutím č. 07211/2012/SCDPK-59306 zastaviť podľa § 9 zákona č. 145/1995 Z.z. o správnych poplatkoch. Vzhľadom k tomu, že žalobcovia nevyužili všetky možnosti v správnom konaní smerujúcich k obnove konania, nespolupracovali so správnym orgánom, svojou nedisciplinovanosťou spočívajúcou v nezaplatení správneho poplatku spôsobili zastavanie konania pred správnym orgánom, a žaloba smeruje proti rozhodnutiu správneho orgánu prvého stupňa, ktoré nemôže byť predmetom preskúmavania súdom podľa § 247 ods. 2 O.s.p., Krajský súd v Bratislave konanie zastavil v zmysle ustanovenia § 250d ods. 3 O.s.p.. Na záver súd uvádza, že platobná nedisciplína účastníkov konania je sama o sebe nežiaduca, okrem iného aj preto, lebo správne orgány v ich agende zbytočne zaťažuje, a ak účastníci konania v tejto nedisciplíne napriek výzve a upozorneniu na procesné dôsledky (zastavenie konania nezaplatením správneho poplatku) pred správnym orgánom pokračujú, ide o konanie - opomenutie, za ktoré musia účastníci konania niesť procesnú zodpovednosť, najmä ak lehota na zaplatenie správneho poplatku bola zo strany správneho orgánu dostatočná.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 3 ods. 9 zákona č. 757/2004 Z.z. v znení zákona č. 33/2011).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https://www.kauzis.sk/judikatura/r/ECLI:SK:KSBA:2014:1012201434.2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