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4S/159/2012 z 6. 1. 2014</w:t>
      </w:r>
    </w:p>
    <w:p>
      <w:r>
        <w:t>Opravné uznesenie Krajského súdu Bratislava z 6. januára 2014, sp. zn. 4S/159/2012, ECLI:SK:KSBA:2014:1012201451.3</w:t>
      </w:r>
    </w:p>
    <w:p>
      <w:r>
        <w:t>Súd: Krajský súd Bratislava</w:t>
      </w:r>
    </w:p>
    <w:p>
      <w:r>
        <w:t>Spisová značka: 4S/159/2012</w:t>
      </w:r>
    </w:p>
    <w:p>
      <w:r>
        <w:t>ECLI: ECLI:SK:KSBA:2014:1012201451.3</w:t>
      </w:r>
    </w:p>
    <w:p>
      <w:r>
        <w:t>Dátum vydania: 6. 1.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4S/159/2012 Identifikačné číslo súdneho spisu: 1012201451 Dátum vydania rozhodnutia: 07. 01. 2014 Meno a priezvisko sudcu, VSÚ: JUDr. Soňa Langová ECLI: ECLI:SK:KSBA:2014:1012201451.3 Opravné uznesenie Krajský súd v Bratislave v právnej veci žalobcu: Q. R., U. X, N. XX T., zastúpený advokátskou kanceláriou: JUDr. Dušan Pohovej &amp; partners, s.r.o., Námestie Slobody 10, 811 06 Bratislava, proti žalovanému: Okresný úrad Bratislava, Odbor výstavby a bytovej politiky, Lamačská cesta 8, 845 14 Bratislava, s vedľajším účastníkom konania na strane žalobcu: W. O., F., zastúpený advokátskou kanceláriou: JUDr. Dušan Pohovej &amp; partners, s.r.o., Námestie Slobody 10, 811 06 Bratislava, o preskúmanie zákonnosti rozhodnutia žalovaného č. A-2012/1879-KOL zo dňa 20.6.2012, takto r o z h o d o l : Rozsudok Krajského súdu v Bratislave č.k. 4S/159/2012 - 55 zo dňa 22.11.2013 sa v záhlaví opravuje tak, že správne znie: „ Krajský súd v Bratislave v senáte zloženom z predsedníčky senátu JUDr. Soni Langovej a členiek senátu JUDr. Judity Kokolevskej a JUDr. Miloty Tóthovej, v právnej veci žalobcu: Q. R., U. X, XXX XX T., zastúpený advokátskou kanceláriou: JUDr. Dušan Pohovej &amp; partners, s.r.o., Námestie Slobody 10, 811 06 Bratislava, proti žalovanému: Okresný úrad Bratislava, Odbor výstavby a bytovej politiky, Lamačská cesta 8, 845 14 Bratislava, s vedľajším účastníkom konania na strane žalobcu: W. O., F. XXXX/XX, T., zastúpený advokátskou kanceláriou: JUDr. Dušan Pohovej &amp; partners, s.r.o., Námestie Slobody 10, 811 06 Bratislava, o preskúmanie zákonnosti rozhodnutia žalovaného č. A-2012/1879-KOL zo dňa 20.6.2012, takto “ o d ô v o d n e n i e : Žalobou doručenou Krajskému súdu v Bratislave dňa 30.7.2012 sa žalobca domáhal preskúmania zákonnosti rozhodnutia žalovaného č. A-2012/1879-KOL zo dňa 20.6.2012, ktorým žalovaný potvrdil rozhodnutie stavebného úradu Mestskej časti Bratislava - Ružinov č.j. SÚ/CS- 6107/2011/4/Šin zo dňa 3. 8. 2011 a doplnil o uvedenie právneho predpisu, na základe ktorého bolo rozhodnuté, z pôvodne uvedeného § 46 zákona číslo 71/1967 Zb. o správnom konaní v znení neskorších predpisov (ďalej len správny poriadok), v zmysle § 62 a § 63 správneho poriadku a podľa § 46 a § 47 správneho poriadku. Potvrdeným prvostupňovým rozhodnutím nebol povolený návrh na obnovu konania o nariadení odstránenia stavby rodinného domu súp. č. XXXX, parcela číslo XXXX/X, katastrálne územie F., na ulici F., ktorého vlastníkom je žalobca. Žalovaný dospel k záveru, že nie je dôvod na zrušenie napadnutého rozhodnutia. Rozsudkom č.k. 4S/159/2012 - 55 zo dňa 22.11.2013 krajský súd žalobu zamietol a účastníkom náhradu trov konania nepriznal. V záhlaví vypracovaného rozsudku súd opomenul uviesť právneho zástupcu vedľajšieho účastníka konania na strane žalobcu. Podľa § 164 veta prvá a druhá O.s.p, súd kedykoľvek aj bez návrhu opraví v rozsudku chyby v písaní a počítaní, ako aj iné zrejmé nesprávnosti. O oprave vydá opravné uznesenie, ktoré doručí účastníkom. Nakoľko v záhlaví písomného vyhotovenia rozhodnutia došlo k o inej zrejmej nesprávnosti, keď súd opomenul uviesť právneho zástupcu vedľajšieho účastníka konania na strane žalobcu, súd zmysle § 164 O.s.p. uvedenú inú zrejmú nesprávnosť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https://www.kauzis.sk/judikatura/r/ECLI:SK:KSBA:2014:1012201451.3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