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4S/160/2012 z 30. 1. 2014</w:t>
      </w:r>
    </w:p>
    <w:p>
      <w:r>
        <w:t>Uznesenie Krajského súdu Bratislava z 30. januára 2014, sp. zn. 4S/160/2012, ECLI:SK:KSBA:2014:1012201452.2</w:t>
      </w:r>
    </w:p>
    <w:p>
      <w:r>
        <w:t>Súd: Krajský súd Bratislava</w:t>
      </w:r>
    </w:p>
    <w:p>
      <w:r>
        <w:t>Spisová značka: 4S/160/2012</w:t>
      </w:r>
    </w:p>
    <w:p>
      <w:r>
        <w:t>ECLI: ECLI:SK:KSBA:2014:1012201452.2</w:t>
      </w:r>
    </w:p>
    <w:p>
      <w:r>
        <w:t>Dátum vydania: 30.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4S/160/2012 Identifikačné číslo súdneho spisu: 1012201452 Dátum vydania rozhodnutia: 31. 01. 2014 Meno a priezvisko sudcu, VSÚ: JUDr. Judita Kokolevská ECLI: ECLI:SK:KSBA:2014:1012201452.2 Uznesenie Krajský súd v Bratislave v právnej veci žalobcu: MICROCOMP - Computersystém s.r.o., Kupecká 9, 949 01 Nitra, právne zastúpený: MAPLE &amp; FISH s.r.o., advokátska kancelária, so sídlom Rajská 15/A, 811 08 Bratislava proti žalovanému: Úrad pre verejné obstarávanie, Odbor kontroly, so sídlom Dunajská 68, P.O.BOX 58 820 04 Bratislava o preskúmanie zákonnosti rozhodnutia žalovaného č. 1126-7000/2012- OK/3 zo dňa 16.7.2012, jednohlasne, takto r o z h o d o l : Krajský súd v Bratislave konanie z a s t a v u j e . Žiaden z účastníkov n e m á nárok na náhradu trov konania. Súd v r a c i a súdny poplatok žalobcovi prostredníctvom Daňového úradu Nitra vo výške 59,30 €. Poplatok bude vrátený po nadobudnutí právoplatnosti tohto uznesenia. o d ô v o d n e n i e : Žalobou podanou na Krajskom súde v Bratislave dňa 30.7.2012 sa žalobca domáhal preskúmania zákonnosti rozhodnutia žalovaného č. 1126-7000/2012-OK/3 zo dňa 16.7.2012, ktorým žalovaný nariadil zrušenie užšej súťaže na predmet zákazky „ Dodávka a inštalácia IKT, vybavenie učební a laboratórií interaktívnou technikou a laboratórnymi zariadeniami“, v lehote 30 dní odo dňa doručenia rozhodnutia. Pred rozhodnutím vo veci samej žalobca svojím podaním doručeným súdu dňa 17.1.2014 oznámil, že berie svoju žalobu v celom rozsahu späť. Zároveň sa domáhal vrátenia súdneho poplatku v súlade s § 11 ods. 3 zákona č. 71/1992 Zb. o súdnych poplatkoch a poplatku za výpis z registra trestov.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Žalobca spolu s podanou žalobou uhradil súdny poplatok za žalobu vo výške 66,- €. Podľa ustanovenia § 11 ods. 3 posledná veta zákona č. 71/1992 Zb. o súdnych poplatkoch a poplatku za výpis z registra trestov (ďalej len ,,zákon o súdnych poplatkoch“) sa poplatok vráti v konaní o preskúmaní rozhodnutia orgánu verejnej správy, ak sa návrh na začatie konania vzal späť pred prejednaním veci alebo ak bolo konanie zastavené z dôvodu, že účastník nebol v konaní riadne zastúpený. Podľa ustanovenia § 11 ods. 4 zákona o súdnych poplatkoch okrem poplatku v rozvodovom konaní a poplatku, ktorý sa vracia podľa odseku 1, sa poplatok alebo jeho časť (preplatok) vracia krátený o 1%, najmenej však 6,70 eura. Ak sa návrh vzal späť pred zaplatením poplatku, poplatok sa nevyrubuje. Podľa ustanovenia § 11 ods. 6 zákona o súdnych poplatkoch, ak sa má vrátiť poplatok alebo preplatok poplatku, súd alebo orgán štátnej správy súdov zašle odpis právoplatného rozhodnutia o jeho vrátení daňovému úradu príslušnému podľa trvalého pobytu (sídla) poplatníka, ktorý poplatok alebo preplatok poplatku vráti; v prípade, že orgán štátnej správy súdov nevydal rozhodnutie, zašle písomné upovedomenie o spôsobe vybavenia sťažnosti podľa osobitného zákona. Podľa ustanovenia § 11 ods. 11 zákona o súdnych poplatkoch poplatok, ktorý sa má vrátiť podľa odsekov 4, 7, až 10 sa zaokrúhli na eurocenty nahor. Nakoľko žalobca zaplatil súdny poplatok za žalobu vo výške 66,- € a vzhľadom na vyššie uvedené citované ustanovenia zákona vzal žalobu späť, súd rozhodol o zastavení konania a vrátení kráteného súdneho poplatku tak, ako je uvedené vo výroku tohto uznesenia.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je možné podať odvolanie v lehote 15 dní odo dňa jeho doručenia, a to písomne, v troch vyhotoveniach na Najvyšší súd Slovenskej republiky prostredníctvom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https://www.kauzis.sk/judikatura/r/ECLI:SK:KSBA:2014:1012201452.2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