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5S/255/2012 z 9. 1. 2014</w:t>
      </w:r>
    </w:p>
    <w:p>
      <w:r>
        <w:t>Uznesenie Krajského súdu Bratislava z 9. januára 2014, sp. zn. 5S/255/2012, ECLI:SK:KSBA:2014:1012201458.2</w:t>
      </w:r>
    </w:p>
    <w:p>
      <w:r>
        <w:t>Súd: Krajský súd Bratislava</w:t>
      </w:r>
    </w:p>
    <w:p>
      <w:r>
        <w:t>Spisová značka: 5S/255/2012</w:t>
      </w:r>
    </w:p>
    <w:p>
      <w:r>
        <w:t>ECLI: ECLI:SK:KSBA:2014:1012201458.2</w:t>
      </w:r>
    </w:p>
    <w:p>
      <w:r>
        <w:t>Dátum vydania: 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5S/255/2012 Identifikačné číslo súdneho spisu: 1012201458 Dátum vydania rozhodnutia: 10. 01. 2014 Meno a priezvisko sudcu, VSÚ: Mgr. Helena Marcinkechová ECLI: ECLI:SK:KSBA:2014:1012201458.2 Uznesenie Krajský súd v Bratislave v právnej veci žalobcu: MAC TV s.r.o., Brečtanová 1 Bratislava, IČO: 00618322, zastúpený AK Bugala - Ďurček, s.r.o., Drotárska cesta 102, 811 02 Bratislava, proti žalovanému: Rada pre vysielanie a retransmisiu Slovenskej republiky, Dobrovičova 8, P.O.BOX 155, 810 00 Bratislava, o preskúmanie zákonnosti rozhodnutia žalovaného č. RL/27/2012 zo dňa 03.04.2012, takto r o z h o d o l : Súd zrušuje uznesenie Krajského súdu v Bratislave č.k. 5S 255/2012-25 zo dňa 12.11.2013. o d ô v o d n e n i e : Žalobca sa žalobou doručenou súdu dňa 31.07.2012 domáhal zrušenia rozhodnutia žalovaného č. RL/27/2012 zo dňa 03.04.2012 a vrátenia veci žalovanému na ďalšie konanie. Keďže žalobca ani na výzvu súdu nezaplatil súdny poplatok, súd konanie uznesením č.k. 5S 255/2012-25 zo dňa 12.11.2013 zastavil. Ako vyplýva zo záznamu o zložení zo dňa 14.11.2013, dňa 13.11.2013 zaplatil žalobca súdny poplatok v sume 70,- eur.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https://www.kauzis.sk/judikatura/r/ECLI:SK:KSBA:2014:1012201458.2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