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8Sd/27/2012 z 29. 1. 2014</w:t>
      </w:r>
    </w:p>
    <w:p>
      <w:r>
        <w:t>Uznesenie Krajského súdu Bratislava z 29. januára 2014, sp. zn. 8Sd/27/2012, ECLI:SK:KSBA:2014:1012201466.2</w:t>
      </w:r>
    </w:p>
    <w:p>
      <w:r>
        <w:t>Súd: Krajský súd Bratislava</w:t>
      </w:r>
    </w:p>
    <w:p>
      <w:r>
        <w:t>Spisová značka: 8Sd/27/2012</w:t>
      </w:r>
    </w:p>
    <w:p>
      <w:r>
        <w:t>ECLI: ECLI:SK:KSBA:2014:1012201466.2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8Sd/27/2012 Identifikačné číslo súdneho spisu: 1012201466 Dátum vydania rozhodnutia: 30. 01. 2014 Meno a priezvisko sudcu, VSÚ: JUDr. Peter Pospech ECLI: ECLI:SK:KSBA:2014:1012201466.2 Uznesenie Krajský súd v Bratislave v právnej veci navrhovateľa: L. C., X. Č. XXXXXX/XXXX, I. X. XX, XXX XX I.,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doručený dňa 14.5.2012 Sociálnej poisťovni - ústredie žiadal preskúmať rozhodnutie odporkyne číslo XXX XXX XXXX zo dňa 27.4.2012, ktorým odporkyňa priznala navrhovateľovi od 1.2.2012 invalidný dôchodok v sume 83,70,- Eur. Dňa 30.1.2014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https://www.kauzis.sk/judikatura/r/ECLI:SK:KSBA:2014:1012201466.2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