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1S/200/2012 z 3. 4. 2014</w:t>
      </w:r>
    </w:p>
    <w:p>
      <w:r>
        <w:t>Uznesenie Krajského súdu Bratislava z 3. apríla 2014, sp. zn. 1S/200/2012, ECLI:SK:KSBA:2014:1012201484.2</w:t>
      </w:r>
    </w:p>
    <w:p>
      <w:r>
        <w:t>Súd: Krajský súd Bratislava</w:t>
      </w:r>
    </w:p>
    <w:p>
      <w:r>
        <w:t>Spisová značka: 1S/200/2012</w:t>
      </w:r>
    </w:p>
    <w:p>
      <w:r>
        <w:t>ECLI: ECLI:SK:KSBA:2014:1012201484.2</w:t>
      </w:r>
    </w:p>
    <w:p>
      <w:r>
        <w:t>Dátum vydania: 3.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1S/200/2012 Identifikačné číslo súdneho spisu: 1012201484 Dátum vydania rozhodnutia: 04. 04. 2014 Meno a priezvisko sudcu, VSÚ: JUDr. Nora Majerníková ECLI: ECLI:SK:KSBA:2014:1012201484.2 Uznesenie Krajský súd v Bratislave v právnej veci žalobcu: JUDr. Daniel Blyšťan, so sídlom Rastislavova 68, 040 01 Košice, proti žalovanému: Centrum právnej pomoci v Bratislave, Námestie slobody 12, 812 02 Bratislava, o preskúmanie zákonnosti rozhodnutia sp.zn. 472/2010, ev.č. 1883/2012 zo dňa 13.6.2010, takto r o z h o d o l : Krajský súd v Bratislave p o s t u p u j e vec Krajskému súdu v Košiciach. o d ô v o d n e n i e : Žalobou doručenou tunajšiemu súdu dňa 8.8.2012 sa žalobca domáhal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trvajú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Košiciach, a preto jeho všeobecným súdom je súd určený podľa § 85 ods. 1 O.s.p., ktorý je v obvode Krajského súdu v Košiciach. Podľa § 250d ods. 2 O.s.p. ak predseda senátu zistí, že súd nie je vecne alebo miestne príslušný, postúpi vec uznesením príslušnému súdu. V uvedenej veci bolo zistené, že všeobecným súdom žalobcu je súd, ktorý je v obvode Krajského súdu v Košiciach a keďže ide o preskúmanie rozhodnutia žalovaného 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https://www.kauzis.sk/judikatura/r/ECLI:SK:KSBA:2014:1012201484.2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