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5Sd/256/2012 z 17. 6. 2014</w:t>
      </w:r>
    </w:p>
    <w:p>
      <w:r>
        <w:t>Uznesenie Krajského súdu Bratislava z 17. júna 2014, sp. zn. 5Sd/256/2012, ECLI:SK:KSBA:2014:1012201514.1</w:t>
      </w:r>
    </w:p>
    <w:p>
      <w:r>
        <w:t>Súd: Krajský súd Bratislava</w:t>
      </w:r>
    </w:p>
    <w:p>
      <w:r>
        <w:t>Spisová značka: 5Sd/256/2012</w:t>
      </w:r>
    </w:p>
    <w:p>
      <w:r>
        <w:t>ECLI: ECLI:SK:KSBA:2014:1012201514.1</w:t>
      </w:r>
    </w:p>
    <w:p>
      <w:r>
        <w:t>Dátum vydania: 17.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5Sd/256/2012 Identifikačné číslo súdneho spisu: 1012201514 Dátum vydania rozhodnutia: 18. 06. 2014 Meno a priezvisko sudcu, VSÚ: JUDr. Milota Tóthová ECLI: ECLI:SK:KSBA:2014:1012201514.1 Uznesenie Krajský súd v Bratislave v právnej veci navrhovateľa H.. H. S., bytom S. XXXX/XX, T., korešpondenčná adresa H..Z.. T. XXX, T.,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2.7.2012 žiadal preskúmať rozhodnutie odporkyne číslo XXX XXX XXXX X zo dňa 5.6.2012, ktorým odporkyňa zamietla žiadosť o starobný dôchodok zo dňa 25. apríla 2012. Písomným prehlásením zo dňa 22.5.2014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https://www.kauzis.sk/judikatura/r/ECLI:SK:KSBA:2014:1012201514.1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