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2S/282/2012 z 8. 4. 2014</w:t>
      </w:r>
    </w:p>
    <w:p>
      <w:r>
        <w:t>Uznesenie Krajského súdu Bratislava z 8. apríla 2014, sp. zn. 2S/282/2012, ECLI:SK:KSBA:2014:1012201537.2</w:t>
      </w:r>
    </w:p>
    <w:p>
      <w:r>
        <w:t>Súd: Krajský súd Bratislava</w:t>
      </w:r>
    </w:p>
    <w:p>
      <w:r>
        <w:t>Spisová značka: 2S/282/2012</w:t>
      </w:r>
    </w:p>
    <w:p>
      <w:r>
        <w:t>ECLI: ECLI:SK:KSBA:2014:1012201537.2</w:t>
      </w:r>
    </w:p>
    <w:p>
      <w:r>
        <w:t>Dátum vydania: 8. 4.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2S/282/2012 Identifikačné číslo súdneho spisu: 1012201537 Dátum vydania rozhodnutia: 09. 04. 2014 Meno a priezvisko sudcu, VSÚ: JUDr. Marián Trenčan ECLI: ECLI:SK:KSBA:2014:1012201537.2 Uznesenie Krajský súd v Bratislave v právnej veci žalobcu: Agentúra podporovaného zamestnávania Somotor, n.o., so sídlom Agátová 2, Somotor, IČO 35 581 166, zastúpený: JUDr. Jana Liptáková, advokátka, Krmanova 1, Košice, proti žalovanému: Ministerstvo financií Slovenskej republiky, so sídlom Štefanovičova 5, Bratislava, o preskúmanie zákonnosti rozhodnutia žalovaného č. MF/016242/2012-243/870 zo dňa 12.6.2012, jednohlasne takto r o z h o d o l : Krajský súd v Bratislave konanie z a s t a v u j e . Účastníkom sa právo na náhradu trov konania nepriznáva. o d ô v o d n e n i e : Žalobou podanou na Krajský súd v Bratislave dňa 17.08.2012 sa žalobca domáhal preskúmania zákonnosti rozhodnutia žalovaného č. MF/016242/2012-243/870 zo dňa 12.6.2012 vo veci uloženia odvodu žalobcovi za porušenie finančnej disciplíny do štátneho rozpočtu a do štrukturálneho fondu v sume 3 823,45 eur. Výzvou zo dňa 03.03.2014, doručenou právnemu zástupcovi žalobcu dňa 10.03.2014, bol žalobca vyzvaný na zaplatenie súdneho poplatku vo výške 66,- € podľa položky 10 písm. a) sadzobníka súdnych poplatkov v platnom znení v lehote 10 dní odo dňa doručenia výzvy. Zároveň bol žalobca poučený o tom, že ak poplatok nebude zaplatený v určenej lehote, konanie sa v zmysle ustanovenia § 10 ods. 1 zákona č. 71/1992 Zb. o súdnych poplatkoch zastaví. Podľa § 1 ods. 1 zákona č. 71/1992 Zb. o súdnych poplatkoch, súdne poplatky (ďalej len "poplatky") sa vyberajú za jednotlivé úkony alebo konanie súdov, ak sa vykonávajú na návrh a za úkony orgánov štátnej správy súdov a prokuratúry (ďalej len "poplatkový úkon") uvedené v sadzobníku súdnych poplatkov a poplatku za výpis z registra trestov (ďalej len "sadzobník"), ktorý tvorí prílohu tohto zákona. Podľa § 5 ods. 1 písm. a) zákona č. 71/1992 Zb. o súdnych poplatkoch, poplatková povinnosť vzniká podaním návrhu, odvolania a dovolania alebo žiadosti na vykonanie poplatkového úkonu, ak je poplatníkom navrhovateľ, odvolateľ a dovolateľ. Podľa § 8 ods. 1 zákona č. 71/1992 Zb. o súdnych poplatkoch v platnom znení ku dňu podania žaloby, poplatok za podanie návrhu alebo žiadosti, poplatok za uplatnenie námietky zaujatosti v konkurznom konaní alebo reštrukturalizačnom konaní podľa osobitného predpisu a poplatok za konanie o dedičstve, je splatný vznikom poplatkovej povinnosti. Podľa § 10 ods. 1 zákona č. 71/1992 Zb. o súdnych poplatkoch, ak nebol zaplatený poplatok splatný podaním návrhu na začatie konania alebo dovolania, prvostupňový súd vyzve poplatníka, aby poplatok zaplatil v lehote, ktorú určí spravidla v lehote desiatich dní od doručenia výzvy; ak aj napriek výzve poplatok nebol zaplatený v lehote, súd konanie zastaví. O následkoch nezaplatenia poplatku musí byť poplatník poučený. Podľa § 18ca zákona č. 71/1992 Zb. o súdnych poplatkoch, z úkonov navrhnutých alebo za konania začaté do 30. septembra 2012 sa vyberajú poplatky podľa predpisov účinných do 30. septembra 2012, i keď sa stanú splatnými po 30. septembri 2012. Podľa položky 10 písm. a) sadzobníka súdnych poplatkov účinného do 30.9.2012, sa platil súdny poplatok z návrhu na preskúmanie zákonnosti rozhodnutia orgánu verejnej správy na základe žaloby v sume 66,- €. Nakoľko žalobca súdny poplatok za žalobu nezaplatil a táto skutočnosť bráni vecnému vybaveniu žaloby, súd podľa § 10 ods. 1 zákona č. 71/1992 Zb. o súdnych poplatkoch konanie pre nezaplatenie súdneho poplatku zastavil. O náhrade trov konania súd rozhodol podľa § 146 ods. 1 písm. c) O.s.p. s použitím ustanovenia § 246c O.s.p. tak, že žiaden z účastníkov nemá právo na náhradu trov konania, nakoľko konanie vo veci bolo zastavené.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 Prvostupňový súd zruší uznesenie o zastavení konania pre nezaplatenie súdneho poplatku, ak poplatník zaplatí súdny poplatok do konca lehoty na podanie odvolania. (§ 10 ods. 3 zákona č. 71/1992 Zb. o súdnych poplatkoch)</w:t>
      </w:r>
    </w:p>
    <w:p/>
    <w:p>
      <w:r>
        <w:t>Zdroj: KAUZIS.SK – https://www.kauzis.sk/judikatura/r/ECLI:SK:KSBA:2014:1012201537.2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