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5S/299/2012 z 13. 1. 2014</w:t>
      </w:r>
    </w:p>
    <w:p>
      <w:r>
        <w:t>Uznesenie Krajského súdu Bratislava z 13. januára 2014, sp. zn. 5S/299/2012, ECLI:SK:KSBA:2014:1012201652.1</w:t>
      </w:r>
    </w:p>
    <w:p>
      <w:r>
        <w:t>Súd: Krajský súd Bratislava</w:t>
      </w:r>
    </w:p>
    <w:p>
      <w:r>
        <w:t>Spisová značka: 5S/299/2012</w:t>
      </w:r>
    </w:p>
    <w:p>
      <w:r>
        <w:t>ECLI: ECLI:SK:KSBA:2014:1012201652.1</w:t>
      </w:r>
    </w:p>
    <w:p>
      <w:r>
        <w:t>Dátum vydania: 13. 1. 2014</w:t>
      </w:r>
    </w:p>
    <w:p>
      <w:r>
        <w:t>Forma: Uznesenie</w:t>
      </w:r>
    </w:p>
    <w:p>
      <w:pPr>
        <w:pStyle w:val="Heading2"/>
      </w:pPr>
      <w:r>
        <w:t>Text rozhodnutia</w:t>
      </w:r>
    </w:p>
    <w:p>
      <w:r>
        <w:t>Súd: Krajský súd Bratislava Spisová značka: 5S/299/2012 Identifikačné číslo súdneho spisu: 1012201652 Dátum vydania rozhodnutia: 14. 01. 2014 Meno a priezvisko sudcu, VSÚ: JUDr. Anna Peťovská PhD. ECLI: ECLI:SK:KSBA:2014:1012201652.1 Uznesenie Krajský súd v Bratislave v právnej veci žalobcu: E. V., nar. XX.XX.XXXX, bytom E. 3, XXX XX V., proti žalovanému: Ústredie práce, sociálnych vecí a rodiny, Špitálska 8, 812 67, Bratislava, o preskúmanie zákonnosti rozhodnutia žalovaného č. AA/XXXX/XXXX-NSVOPPK/KLD zo dňa 2. augusta 2012, takto r o z h o d o l : Súd konanie z a s t a v u j e . Žiaden z účastníkov nemá právo na náhradu trov konania. o d ô v o d n e n i e : Žalobou doručenou tunajšiemu súdu dňa 11.09.2012 sa žalobca domáhal preskúmania a zrušenia napadnutého rozhodnutia žalovaného vo veci nepriznania peňažného príspevku na úpravu bytu, považujúc toto za vecne nesprávne a nezákonné. Pred pojednávaním vo veci samej dňa 02.01.2014 žalobca zobral žalobu v celom rozsahu späť a konanie vo veci žiadal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účinné späťvzatie žaloby súd konanie vo veci podľa § 250d ods. 3 O.s.p. zastavil. O náhrade trov konania súd rozhodol podľa § 250k ods. 1 O.s.p. tak, že žiadnemu z účastníkov náhradu trov konania nepriznal,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https://www.kauzis.sk/judikatura/r/ECLI:SK:KSBA:2014:1012201652.1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