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2S/306/2012 z 18. 11. 2014</w:t>
      </w:r>
    </w:p>
    <w:p>
      <w:r>
        <w:t>Uznesenie Krajského súdu Bratislava z 18. novembra 2014, sp. zn. 2S/306/2012, ECLI:SK:KSBA:2014:1012201720.2</w:t>
      </w:r>
    </w:p>
    <w:p>
      <w:r>
        <w:t>Súd: Krajský súd Bratislava</w:t>
      </w:r>
    </w:p>
    <w:p>
      <w:r>
        <w:t>Spisová značka: 2S/306/2012</w:t>
      </w:r>
    </w:p>
    <w:p>
      <w:r>
        <w:t>ECLI: ECLI:SK:KSBA:2014:1012201720.2</w:t>
      </w:r>
    </w:p>
    <w:p>
      <w:r>
        <w:t>Dátum vydania: 18.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2S/306/2012 Identifikačné číslo súdneho spisu: 1012201720 Dátum vydania rozhodnutia: 19. 11. 2014 Meno a priezvisko sudcu, VSÚ: JUDr. Lucia Lasabová ECLI: ECLI:SK:KSBA:2014:1012201720.2 Uznesenie Krajský súd v Bratislave v právnej veci žalobcu: CND TVRDOŠINSKÝ, s.r.o., IČO: 36 048 950, Starohorská cesta 1701/3, Krupina, zastúpený: JUDr. Ľubomír Hlbočan, advokát, Vajnorská 20, Bratislava, proti žalovanému: Ministerstvo dopravy, výstavby a regionálneho rozvoja Slovenskej republiky, Námestie slobody 6, Bratislava, o preskúmanie zákonnosti rozhodnutia žalovaného č. 16054/2012/SCDPK/43579 zo dňa 31.07.2012, takto r o z h o d o l : Krajský súd v Bratislave o p r a v u j e v odôvodnení rozsudku Krajského súdu v Bratislave č. k. 2S/306/12-63 zo dňa 28.05.2014 na strane 7 v odseku 5 veta druhá označenie prvostupňového správneho orgánu tak, že má správne znieť, že išlo o rozhodnutie „Krajského úradu pre cestnú dopravu a pozemné komunikácie v Banskej Bystrici“. V ostatných častiach zostáva rozsudok Krajského súdu v Bratislave č. k. 2S/306/12-63 zo dňa 28.05.2014 nezmenený. o d ô v o d n e n i e : Pri písomnom vyhotovení rozsudku Krajského súdu v Bratislave č. k. 2S/306/12-63, verejne vyhláseného dňa 28.05.2014, došlo k pisárskej chybe, keď bolo v odôvodnení tohto rozsudku na strane 7 v odseku 5 veta druhá uvedené nesprávne označenie prvostupňového správneho orgánu tak, že bolo nesprávne uvedené, že ide o rozhodnutie „Sociálnej poisťovne, pobočky Bratislava“. Správne má znieť, že išlo o rozhodnutie „Krajského úradu pre cestnú dopravu a pozemné komunikácie v Banskej Bystrici“. Podľa § 164 O. s. p.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Krajský súd v Bratislave v súlade s vyššie uvedenými skutočnosťami svoje rozhodnutie opravil. Poučenie: Proti tomuto rozhodnutiu možno podať odvolanie do 15 dní odo dňa doručenia prostredníctvom podpísaného súdu na Najvyšší súd SR písomne v dvoch vyhotoveniach. Odvolaniu podanému proti rozhodnutiu, ktoré vydal súdny úradník, môže v celom rozsahu vyhovieť sudca, ktorého rozhodnutie sa považuje za rozhodnutie súdu prvého stupňa; ak sudca odvolaniu nevyhovie, predloží vec na rozhodnutie odvolaciemu súdu. V odvolaní sa má popri všeobecných náležitostiach (§ 42 ods. 3 O.s.p. 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https://www.kauzis.sk/judikatura/r/ECLI:SK:KSBA:2014:1012201720.2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