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8Sd/47/2012 z 13. 1. 2014</w:t>
      </w:r>
    </w:p>
    <w:p>
      <w:r>
        <w:t>Uznesenie Krajského súdu Bratislava z 13. januára 2014, sp. zn. 8Sd/47/2012, ECLI:SK:KSBA:2014:1012201763.1</w:t>
      </w:r>
    </w:p>
    <w:p>
      <w:r>
        <w:t>Súd: Krajský súd Bratislava</w:t>
      </w:r>
    </w:p>
    <w:p>
      <w:r>
        <w:t>Spisová značka: 8Sd/47/2012</w:t>
      </w:r>
    </w:p>
    <w:p>
      <w:r>
        <w:t>ECLI: ECLI:SK:KSBA:2014:1012201763.1</w:t>
      </w:r>
    </w:p>
    <w:p>
      <w:r>
        <w:t>Dátum vydania: 13.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8Sd/47/2012 Identifikačné číslo súdneho spisu: 1012201763 Dátum vydania rozhodnutia: 14. 01. 2014 Meno a priezvisko sudcu, VSÚ: JUDr. Peter Pospech ECLI: ECLI:SK:KSBA:2014:1012201763.1 Uznesenie Krajský súd v Bratislave v právnej veci navrhovateľky: I.. O. A., I. A. X, XXX XX I., zast. JUDr. Jaroslavom Belkom, advokátom, bytom Fedákova 6, 841 02 Bratislava,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25.9.2012 žiadala preskúmať rozhodnutie odporkyne číslo XXX XXX XXXX zo dňa 9.8.2012, ktorým odporkyňa priznala navrhovateľke invalidný dôchodok od 30.11.2011 v sume XXX,XX,- EUR mesačne. Po vysvetlení predmetu sporu dňa 14.1.2014 právny zástupca navrhovateľky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https://www.kauzis.sk/judikatura/r/ECLI:SK:KSBA:2014:1012201763.1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