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8Sd/48/2012 z 13. 1. 2014</w:t>
      </w:r>
    </w:p>
    <w:p>
      <w:r>
        <w:t>Uznesenie Krajského súdu Bratislava z 13. januára 2014, sp. zn. 8Sd/48/2012, ECLI:SK:KSBA:2014:1012201767.1</w:t>
      </w:r>
    </w:p>
    <w:p>
      <w:r>
        <w:t>Súd: Krajský súd Bratislava</w:t>
      </w:r>
    </w:p>
    <w:p>
      <w:r>
        <w:t>Spisová značka: 8Sd/48/2012</w:t>
      </w:r>
    </w:p>
    <w:p>
      <w:r>
        <w:t>ECLI: ECLI:SK:KSBA:2014:1012201767.1</w:t>
      </w:r>
    </w:p>
    <w:p>
      <w:r>
        <w:t>Dátum vydania: 13.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8Sd/48/2012 Identifikačné číslo súdneho spisu: 1012201767 Dátum vydania rozhodnutia: 14. 01. 2014 Meno a priezvisko sudcu, VSÚ: JUDr. Peter Pospech ECLI: ECLI:SK:KSBA:2014:1012201767.1 Uznesenie Krajský súd v Bratislave v právnej veci navrhovateľa: T. O., Z.. X.X.XXXX, B. I. XX, XXX XX F., zast. Mgr. Ing. Peter Bodenlosz, nar. 31.7.1963, bytom Gudernova 18, 040 11 Košice,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25.9.2012 žiadal preskúmať rozhodnutie odporkyne číslo XXX XXX XXXX X zo dňa 5.9.2012, ktorým odporkyňa zamietla žiadosť navrhovateľa o invalidný dôchodok. Písomným prehlásením došlým súdu dňa 5.12.2013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</w:t>
      </w:r>
    </w:p>
    <w:p/>
    <w:p>
      <w:r>
        <w:t>Zdroj: KAUZIS.SK – https://www.kauzis.sk/judikatura/r/ECLI:SK:KSBA:2014:1012201767.1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