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2S/316/2012 z 6. 5. 2014</w:t>
      </w:r>
    </w:p>
    <w:p>
      <w:r>
        <w:t>Uznesenie Krajského súdu Bratislava z 6. mája 2014, sp. zn. 2S/316/2012, ECLI:SK:KSBA:2014:1012201779.4</w:t>
      </w:r>
    </w:p>
    <w:p>
      <w:r>
        <w:t>Súd: Krajský súd Bratislava</w:t>
      </w:r>
    </w:p>
    <w:p>
      <w:r>
        <w:t>Spisová značka: 2S/316/2012</w:t>
      </w:r>
    </w:p>
    <w:p>
      <w:r>
        <w:t>ECLI: ECLI:SK:KSBA:2014:1012201779.4</w:t>
      </w:r>
    </w:p>
    <w:p>
      <w:r>
        <w:t>Dátum vydania: 6.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2S/316/2012 Identifikačné číslo súdneho spisu: 1012201779 Dátum vydania rozhodnutia: 07. 05. 2014 Meno a priezvisko sudcu, VSÚ: Mgr. Viliam Pohančeník ECLI: ECLI:SK:KSBA:2014:1012201779.4 Uznesenie Krajský súd v Bratislave v právnej veci žalobcov: 1/ O. Z., 2/ V. Z., obaja bytom L. XX, N., 3/ OZ Naša Rodinka, IČO: 42 256 755, Istrijská 19, Bratislava, všetci zastúpení: Mgr. Martin Berec, advokát, Domus Petra, Pod Sokolice 1/B, Trenčín, proti žalovanému: Okresný úrad Bratislava, odbor výstavby a bytovej politiky (ako nástupca Krajského stavebného úradu v Bratislave), Lamačská cesta 8, Bratislava, za účasti: 1/ M. C., 2/ T. C., obaja bytom L. XX, N., 3/ P. N., 4/ V. N., obaja bytom O. XX, N., všetci zastúpení: JUDr. Dominika Horváthová, advokátka, Jašíkova 2, Bratislava, o preskúmanie zákonnosti rozhodnutia žalovaného č. ČA/2012/2229/MRV zo dňa 23.07.2012, jednohlasne, takto r o z h o d o l : Uznesenie Krajského súdu v Bratislave č.k. 2S/316/2012- 70 zo dňa 09.04.2014, ktorým sa konanie zastavilo, sa z r u š u j e v celom rozsahu. o d ô v o d n e n i e : Žalobou doručenou Krajskému súdu v Bratislave dňa 28.09.2012 sa žalobcovia domáhajú preskúmania zákonnosti rozhodnutia žalovaného č. ČA/2012/2229/MRV zo dňa 23.07.2012, ktorým žalovaný zamietol odvolanie žalobcu v druhom rade a potvrdil rozhodnutie Mestskej časti Bratislava - Devínska Nová Ves č. DNV 2010-09/789/1/Šo zo dňa 18.01.2010, ktorým prvostupňový správny orgán nariadil podľa § 88 ods. 1 písm. b), § 88a ods. 2 a 6 písm. a) a § 90 zákona č. 50/1976 Z.z. o územnom plánovaní a stavebnom poriadku (stavebný zákon) v znení neskorších predpisov odstránenie stavby: „Ateliér s garážou - L. XX“, na pozemkoch parc. č. XXXX/X, XXXX a XXXX/X v katastrálnom území Devínska Nová Ves, terénne úpravy na pozemkoch parc. č. XXXX/X, XXXX, XXXX v katastrálnom území Devínska Nová Ves a betónové oplotenie na pozemkoch parc. č. XXXX/X, XXXX, XXXX v katastrálnom území Devínska Nová Ves. Uznesením Krajského súdu v Bratislave č.k. 2S/316/2012- 70 zo dňa 09.04.2014 bolo v zmysle ust. § 10 ods. 1 zákona č. 71/1992 Zb. o súdnych poplatkoch v znení neskorších predpisov (ďalej citovaný zákon) konanie zastavené z dôvodu, že žalobcovia si nesplnili poplatkovú povinnosť podľa § 5 ods. 1 písm. a/ citovaného zákona, a to ani v lehote určenej vo výzve súdu. Žalobcovia ešte v čase písomného vyhovenia uznesenia (dňa 23.04.2014) uhradili súdny poplatok za žalobu vo výške 66 eur. V zmysle ust. § 10 ods. 3 veta prvá citovaného zákona príslušný súd zruší uznesenie o zastavení konania pre nezaplatenie súdneho poplatku, ak poplatník zaplatí súdny poplatok do konca lehoty na podanie odvolania. Vzhľadom k tomu, že žalobcovia zaplatili súdny poplatok za žalobu ešte pred uplynutím lehoty na podanie odvolania proti uzneseniu o zastavení konania, súd v súlade s § 10 ods. 3 veta prvá cit. zákona vyššie uvedené uznesenie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https://www.kauzis.sk/judikatura/r/ECLI:SK:KSBA:2014:1012201779.4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