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2S/318/2012 z 25. 3. 2014</w:t>
      </w:r>
    </w:p>
    <w:p>
      <w:r>
        <w:t>Uznesenie Krajského súdu Bratislava z 25. marca 2014, sp. zn. 2S/318/2012, ECLI:SK:KSBA:2014:1012201799.2</w:t>
      </w:r>
    </w:p>
    <w:p>
      <w:r>
        <w:t>Súd: Krajský súd Bratislava</w:t>
      </w:r>
    </w:p>
    <w:p>
      <w:r>
        <w:t>Spisová značka: 2S/318/2012</w:t>
      </w:r>
    </w:p>
    <w:p>
      <w:r>
        <w:t>ECLI: ECLI:SK:KSBA:2014:1012201799.2</w:t>
      </w:r>
    </w:p>
    <w:p>
      <w:r>
        <w:t>Dátum vydania: 25.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2S/318/2012 Identifikačné číslo súdneho spisu: 1012201799 Dátum vydania rozhodnutia: 26. 03. 2014 Meno a priezvisko sudcu, VSÚ: JUDr. Vlastimil Pavlikovský ECLI: ECLI:SK:KSBA:2014:1012201799.2 Uznesenie Krajský súd v Bratislave v právnej veci žalobcu: Mesto Zvolen, Námestie slobody 22, Zvolen, proti žalovanému: Ministerstvo dopravy, výstavby a regionálneho rozvoja Slovenskej republiky, Námestie slobody 6, Bratislava, o preskúmanie zákonnosti rozhodnutia žalovaného č. 14939/2012/2962 SV-44331-2/Šu zo dňa 03.08.2012, jednohlasne, takto r o z h o d o l : Krajský súd v Bratislave konanie z a s t a v u j e . Žiaden z účastníkov nemá právo na náhradu trov konania. o d ô v o d n e n i e : Včas podanou žalobou sa žalobca domáhal preskúmania zákonnosti rozhodnutia žalovaného č. 14939/2012/2962 SV-44331-2/Šu zo dňa 03.08.2012, ktorým žalovaný zmenil rozhodnutie Krajského stavebného úradu v Banskej Bystrici č. KSUBB-2012-103-25:OŠSS zo dňa 28.03.2012 tak, že vo výroku rozhodnutia vypustil text, ktorý nahradil textom: „Krajský stavebný úrad v Banskej Bystrici podľa § 65 ods. 2 zákona o správnom konaní z dôvodu porušenia ustanovení § 3 ods. 1, § 32 ods. 1 a 2 a § 46 zákona o správnom konaní, § 37 ods. 2 a 3, § 39 b, § 71 ods. 1 písm. a) a c) a § 126 ods. 1 stavebného zákona v spojení s § 30 ods. 4, § 32 ods. 12 zákona č. 49/2002 Z.z. o ochrane pamiatkového fondu v znení neskorších predpisov a § 3 ods. 2 zákona č. 135/1961 Zb. o pozemných komunikáciách v znení neskorších predpisov ruší rozhodnutie obce Kováčová č. SÚ 730/2011-Šu zo dňa 26.05.2011, ktorým bola povolená stavba „PUSTÝ HRAD - MOBILIÁR“ pre stavebníka mesto Zvolen, Námestie slobody 22, Zvolen.“ Krajský súd v Bratislave uznesením č. k. 2S/318/2012-28 zo dňa 29.01.2014 konanie v súlade s § 250i ods. 4 veta druhá O.s.p. prerušil do právoplatného rozhodnutia žalovaného o podnete na preskúmanie právoplatného rozhodnutia žalovaného č. 14939/2012/2962 SV-44331-2/Šu zo dňa 03.08.2012 mimo odvolacieho konania. Minister dopravy, výstavby a regionálneho rozvoja Slovenskej republiky rozhodnutím č. 26/2013 zo dňa 26.03.2013 zrušil rozhodnutie žalovaného č. 14939/2012/2962 SV-44331-2/Šu zo dňa 03.08.2012 z dôvodu porušenia § 3 ods. 1 a 4 a § 32 ods. 1 a 2 správneho poriadku. Podľa § 250i ods. 4 veta prvá O.s.p. ak rozhodnutie správneho orgánu bolo medzitým napadnuté protestom prokurátora, súd konanie o žalobe preruší až do jeho vybavenia; ak napadnuté rozhodnutie bolo zrušené alebo zmenené, súd konanie o žalobe zastaví. Vzhľadom na to, že minister dopravy, výstavby a regionálneho rozvoja Slovenskej republiky rozhodnutím č. 26/2013 zo dňa 26.03.2013, opraveným listom žalovaného č. 03392/2013/ D220-SLP/45031 zo dňa 17.07.2013 a doručeným účastníkom konania, zrušil napadnuté rozhodnutie žalovaného, súd v súlade s ustanovením § 250i ods. 4 veta prvá O.s.p. konanie zastavil. O náhrade trov konania súd rozhodol podľa § 146 ods. 1 písm. c) O.s.p. s použitím ustanovenia § 246c O.s.p. tak, že žiaden z účastníkov nemá právo na náhradu trov konania, nakoľko konanie vo veci bolo zastavené a žalovanému trovy nevznikli.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https://www.kauzis.sk/judikatura/r/ECLI:SK:KSBA:2014:1012201799.2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