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5S/323/2012 z 10. 2. 2014</w:t>
      </w:r>
    </w:p>
    <w:p>
      <w:r>
        <w:t>Uznesenie Krajského súdu Bratislava z 10. februára 2014, sp. zn. 5S/323/2012, ECLI:SK:KSBA:2014:1012201837.2</w:t>
      </w:r>
    </w:p>
    <w:p>
      <w:r>
        <w:t>Súd: Krajský súd Bratislava</w:t>
      </w:r>
    </w:p>
    <w:p>
      <w:r>
        <w:t>Spisová značka: 5S/323/2012</w:t>
      </w:r>
    </w:p>
    <w:p>
      <w:r>
        <w:t>ECLI: ECLI:SK:KSBA:2014:1012201837.2</w:t>
      </w:r>
    </w:p>
    <w:p>
      <w:r>
        <w:t>Dátum vydania: 10. 2. 2014</w:t>
      </w:r>
    </w:p>
    <w:p>
      <w:r>
        <w:t>Forma: Uznesenie</w:t>
      </w:r>
    </w:p>
    <w:p>
      <w:pPr>
        <w:pStyle w:val="Heading2"/>
      </w:pPr>
      <w:r>
        <w:t>Text rozhodnutia</w:t>
      </w:r>
    </w:p>
    <w:p>
      <w:r>
        <w:t>Súd: Krajský súd Bratislava Spisová značka: 5S/323/2012 Identifikačné číslo súdneho spisu: 1012201837 Dátum vydania rozhodnutia: 11. 02. 2014 Meno a priezvisko sudcu, VSÚ: JUDr. Viera Šebestová ECLI: ECLI:SK:KSBA:2014:1012201837.2 Uznesenie Krajský súd v Bratislave v právnej veci žalobcu: O. M., I. XX, I. E., zastúpený Mgr. Gabrielom Závodským, advokátom, Mederská 43, 940 01 Nové Zámky, proti žalovanému: Ministerstvo vnútra Slovenskej republiky, Pribinova 2, 812 72 Bratislava, o preskúmanie zákonnosti rozhodnutia žalovaného č. SLV-PS- PK-103/2012 zo dňa 06.08.2012, takto r o z h o d o l : Súd konanie z a s t a v u j e . Žiaden z účastníkov nemá právo na náhradu trov konania. o d ô v o d n e n i e : Žalobca sa žalobou doručenou súdu dňa 11.10.2012 domáhal, aby súd zrušil rozhodnutie žalovaného č. SLV-PS-PK-103/2012 zo dňa 06.08.2012 , ktorým bolo zmenené rozhodnutie Krajského riaditeľstva PZ v Bratislave č.p.: KRPZ-BA-PZl-524/2012 zo dňa 23.05.2012tak, že žalobcovi, ktorý bol dočasne neschopný na výkon štátnej služby od 07.03.2012 do 12.03.2012 podľa § 12 ods. 10 a § 103 ods. 2 a 3 zákona priznané za kalendárne dni od 09.03.2012 do 12.03.2012 nemocenské vo výške 8,93 eur za kalendárny deň, t.j. vo výške polovice sumy nemocenského podľa § 8 zákona. Podľa § 113 ods. 2 písm. g/ bod 2 zákona je žalobca povinný vrátiť sumu 182,12 eur ako rozdiel medzi vyplateným služobným platom a nemocenským priznaným týmto rozhodnutím za kalendárne dni od 09.03.2012 do 12.03.2012. Uvedenú sumu je povinný uhradiť do 30 dní odo dňa nadobudnutia právoplatnosti tohto rozhodnutia služobnému úradu - Krajskému riaditeľstvu PZ v Bratislave. Žalobca podaním doručeným súdu dňa 05.02.2014 zobral svoju žalobu späť a žiadal konanie zastaviť. Podľa § 250h ods. 2 O.s.p., až do rozhodnutia súdu môže žalobca vziať žalobu späť; ak žalovanému medzitým vznikli trovy konania, rozhodne súd o ich náhrade. Podľa ust.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zastúpení podľa § 250a alebo ak žaloba bola vzatá späť (§250h ods. 2). Odvolanie proti uzneseniu je prípustné. Vzhľadom na skutočnosť, že žalobca vzal svoj návrh v celom rozsahu späť, súd konanie v zmysle vyššie uvedeného zákonného ustanovenia zastavil. O trovách konania súd rozhodol podľa § 146 ods. 1 písm. c/ O.s.p. s použitím ustanovenia § 250h ods. 2 O.s.p. tak, že žiadnemu z účastníkov právo na náhradu trov konania nepriznal, nakoľko konanie bolo zastavené. Toto rozhodnutie senát Krajského súdu v Bratislave prijal pomerom hlasov 3:0(§ 3 ods. 9 zák. č. 757/2004 Z.z.). Poučenie: Proti tomuto uzneseniu možno podať odvolanie do 15 dní odo dňa jeho doručenia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https://www.kauzis.sk/judikatura/r/ECLI:SK:KSBA:2014:1012201837.2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