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8Sd/56/2012 z 20. 1. 2014</w:t>
      </w:r>
    </w:p>
    <w:p>
      <w:r>
        <w:t>Uznesenie Krajského súdu Bratislava z 20. januára 2014, sp. zn. 8Sd/56/2012, ECLI:SK:KSBA:2014:1012201840.1</w:t>
      </w:r>
    </w:p>
    <w:p>
      <w:r>
        <w:t>Súd: Krajský súd Bratislava</w:t>
      </w:r>
    </w:p>
    <w:p>
      <w:r>
        <w:t>Spisová značka: 8Sd/56/2012</w:t>
      </w:r>
    </w:p>
    <w:p>
      <w:r>
        <w:t>ECLI: ECLI:SK:KSBA:2014:1012201840.1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8Sd/56/2012 Identifikačné číslo súdneho spisu: 1012201840 Dátum vydania rozhodnutia: 21. 01. 2014 Meno a priezvisko sudcu, VSÚ: JUDr. Peter Pospech ECLI: ECLI:SK:KSBA:2014:1012201840.1 Uznesenie Krajský súd v Bratislave v právnej veci navrhovateľky: N.. N. C., M. Č. XXXXXX/XXXX, H. Š. XX, XXX XX H.,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22.7.2012 žiadala preskúmať rozhodnutie odporkyne číslo XXX XXX XXXX X zo dňa 19.6.2012, ktorým odporkyňa zamietla žiadosť navrhovateľky o invalidný dôchodok. Písomným prehlásením došlým súdu dňa 3.1.2014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https://www.kauzis.sk/judikatura/r/ECLI:SK:KSBA:2014:1012201840.1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