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8Sd/57/2012 z 3. 2. 2014</w:t>
      </w:r>
    </w:p>
    <w:p>
      <w:r>
        <w:t>Uznesenie Krajského súdu Bratislava z 3. februára 2014, sp. zn. 8Sd/57/2012, ECLI:SK:KSBA:2014:1012201849.1</w:t>
      </w:r>
    </w:p>
    <w:p>
      <w:r>
        <w:t>Súd: Krajský súd Bratislava</w:t>
      </w:r>
    </w:p>
    <w:p>
      <w:r>
        <w:t>Spisová značka: 8Sd/57/2012</w:t>
      </w:r>
    </w:p>
    <w:p>
      <w:r>
        <w:t>ECLI: ECLI:SK:KSBA:2014:1012201849.1</w:t>
      </w:r>
    </w:p>
    <w:p>
      <w:r>
        <w:t>Dátum vydania: 3. 2.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8Sd/57/2012 Identifikačné číslo súdneho spisu: 1012201849 Dátum vydania rozhodnutia: 04. 02. 2014 Meno a priezvisko sudcu, VSÚ: JUDr. Peter Pospech ECLI: ECLI:SK:KSBA:2014:1012201849.1 Uznesenie Krajský súd v Bratislave v právnej veci navrhovateľky: X.. K. Q., R.. XX.XX.XXXX, D. N. XXX/X, XXX XX D., proti odporcovi: Sociálna poisťovňa - ústredie, Ul. 29. augusta č. 8, 813 63 Bratislava, o starobný dôchodok, takto r o z h o d o l : Súd konanie z a s t a v u j e . Žiaden z účastníkov nemá právo na náhradu trov konania. o d ô v o d n e n i e : Navrhovateľka svojím návrhom zo dňa 1.9.2012 žiadala preskúmať rozhodnutie odporkyne číslo XXX XXX XXXX zo dňa 17.8.2012, ktorým odporkyňa priznala navrhovateľke od 20.7.2012 starobný dôchodok v sume XXX,XX,- Eur mesačne. Písomným prehlásením došlým súdu dňa 17.12.2013 navrhovateľka vzala späť návrh v celom rozsahu a žiadala konanie zastaviť. Odporkyňa nemala námietky k zastaveniu konania. Súd podľa § 250d ods. 3 v spojení s § 250h ods. 2 a § 250l ods. 2 O.s.p. konanie zastavil. O trovách konania súd rozhodol podľa § 246c a § 146 ods. 1 písm. c/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https://www.kauzis.sk/judikatura/r/ECLI:SK:KSBA:2014:1012201849.1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