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8Sd/61/2012 z 3. 2. 2014</w:t>
      </w:r>
    </w:p>
    <w:p>
      <w:r>
        <w:t>Rozsudok Krajského súdu Bratislava z 3. februára 2014, sp. zn. 8Sd/61/2012, ECLI:SK:KSBA:2014:1012201867.1</w:t>
      </w:r>
    </w:p>
    <w:p>
      <w:r>
        <w:t>Súd: Krajský súd Bratislava</w:t>
      </w:r>
    </w:p>
    <w:p>
      <w:r>
        <w:t>Spisová značka: 8Sd/61/2012</w:t>
      </w:r>
    </w:p>
    <w:p>
      <w:r>
        <w:t>ECLI: ECLI:SK:KSBA:2014:1012201867.1</w:t>
      </w:r>
    </w:p>
    <w:p>
      <w:r>
        <w:t>Dátum vydania: 3. 2. 2014</w:t>
      </w:r>
    </w:p>
    <w:p>
      <w:r>
        <w:t>Forma: Rozsudok</w:t>
      </w:r>
    </w:p>
    <w:p>
      <w:r>
        <w:t>Oblasť práva: Správne právo</w:t>
      </w:r>
    </w:p>
    <w:p>
      <w:pPr>
        <w:pStyle w:val="Heading2"/>
      </w:pPr>
      <w:r>
        <w:t>Text rozhodnutia</w:t>
      </w:r>
    </w:p>
    <w:p>
      <w:r>
        <w:t>Súd: Krajský súd Bratislava Spisová značka: 8Sd/61/2012 Identifikačné číslo súdneho spisu: 1012201867 Dátum vydania rozhodnutia: 04. 02. 2014 Meno a priezvisko sudcu, VSÚ: JUDr. Peter Pospech ECLI: ECLI:SK:KSBA:2014:1012201867.1 ROZSUDOK V MENE SLOVENSKEJ REPUBLIKY Krajský súd v Bratislave pred samosudcom JUDr. Petrom Pospechom, v právnej veci navrhovateľky: I. C., R.. XX.X.XXXX, D. W. XX/A, XXX XX D., proti odporkyni: Sociálna poisťovňa - ústredie, Ul. 29. augusta 8, 813 63 Bratislava, právne zast. JUDr. Máriou Podluckou, v spore o sirotský dôchodok, takto r o z h o d o l : Súd napadnuté rozhodnutie odporkyne č. XXX XXX XXXX zo dňa 13.9.2012 p o t v r d z u j e podľa § 250q ods. 2 O.s.p. Navrhovateľke súd náhradu trov konania nepriznáva. o d ô v o d n e n i e : Napadnutým rozhodnutím č. XXX XXX XXXX zo dňa 13.9.2012 bola navrhovateľke podľa § 76 ods. 1 zákona č. 461/2003 Z.z. o sociálnom poistení v znení neskorších predpisov zamietnutá žiadosť o sirotský dôchodok s odôvodnením, že zosnulá matka navrhovateľky X.. R. C. nezískala ku dňu smrti t.j. k 30.11.2007 potrebný počet rokov dôchodkového poistenia. Navrhovateľka podala návrh na preskúmanie napadnutého rozhodnutia v ktorom uviedla, že si je vedomá, že matka nezískala potrebný počet rokov dôchodkového poistenia, chýba jej 93 dní, ale aj napriek tejto skutočnosti žiada o priznanie sirotského dôchodku. K predmetu sporu a k opravnému prostriedku navrhovateľky sa písomne vyjadril odporca svojim písomným podaním zo dňa 11.10.2012 s tým, že po preskúmaní veci bolo odporcom zistené, že X.. C. sa neprihlásila v Sociálnej poisťovni ako samostatne zárobkovo činná osoba na nemocenské a dôchodkové poistenie a nie sú evidované žiadne platby ňou uskutočňované od roku 2002 do roku 2007. Z uvedeného je zrejmé, že navrhovateľke nárok na sirotský dôchodok nevznikol. Vzhľadom na tieto ako aj ďalšie dôvody, ktoré odporca uviedol vo svojom písomnom vyjadrení žiadal napadnuté rozhodnutie č. XXX XXX XXXX zo dňa 13.9.2012 ako vecne správne potvrdiť. Krajský súd v Bratislave ako súd vecne a miestne príslušný na konanie podľa tretej hlavy piatej časti O.s.p. preskúmal napadnuté rozhodnutie odporcu v rozsahu dôvodov, ktoré uviedla navrhovateľka vo svojom opravnom prostriedku podľa § 244 O.s.p. a dospel k záveru, že opravný prostriedok navrhovateľky nie je dôvodný. Z obsahu spisového materiálu konajúci súd zistil nasledovný skutkový a právny stav. Navrhovateľka požiadala o priznanie sirotského dôchodku spísanou na Sociálnej poisťovni, pobočka Bratislava dňa 31.8.2012 a dávku žiadala priznať od smrti svojej matky X.. R. C. od 30.11.2007. Podľa § 76 ods. 1 zákona č. 461/2003 Z.z. má nezaopatrené dieťa, ktorému zomrel rodič alebo osvojiteľ dieťaťa, ak rodič alebo osvojiteľ ku dňu smrti bol poberateľom starobného dôchodku, predčasného starobného dôchodku alebo invalidného dôchodku, alebo ku dňu smrti získal počet rokov dôchodkového poistenia na nárok na invalidný dôchodok, alebo splnil podmienky nároku na starobný dôchodok alebo zomrel v dôsledku pracovného úrazu alebo choroby z povolania. V súlade s ust. § 72 ods. 1, písm. f/ zákona č. 461/2003 Z.z. v znení neskorších predpisov počet rokov dôchodkového poistenia potrebný pre nárok na invalidný dôchodok vo veku nad 28 rokov je 5 rokov. Podľa ods. 2 citovaného ustanovenia počet rokov dôchodkového poistenia na vznik na starobný dôchodok sa zisťuje z obdobia pred vznikom invalidity a ak ide o poistenca vo veku nad 28 rokov z posledných 10 rokov pred vznikom invalidity. Zosnulá matka navrhovateľa ku dňu smrti získala len 4 roky a 272 dní doby dôchodkového poistenia a preto žiadosť navrhovateľky o sirotský dôchodok zamietnutá. Súčasne bolo zistené, že X.. C. sa neprihlásila v Sociálnej poisťovne ako samostatne zárobkovo činná osoba a nie sú ňou evidované platby na nemocenské a dôchodkové poistenie od roku 2002 do roku 2007. Vzhľadom na nesplnenie podmienok ustanovenia § 72 ods. 1, písm. f/ zákona č. 461/2003 o potrebnom počte rokov dôchodkového poistenia a absenciu 93 dní rokov dôchodkového poistenia súd je toho názoru, že v prípade navrhovateľky by sa stalo za úvahu možnosť doplatiť dĺžne poistné , čím by bolo možné opätovne posúdiť nárok navrhovateľky na priznanie sirotského dôchodku, vzhľadom na skutočnosť, že navrhovateľka je študentkou t.j. nie je zárobkovo činná. Vzhľadom však na skutočnosť, že zosnulá matka navrhovateľky X.. C. ku dňu smrti získala len 4 roky a 272 dní, čím nesplnila podmienku § 72 ods. 1, písm. f/ zákona č. 461/2003 o sociálnom poistení, bolo však potrebné napadnuté rozhodnutie odporcu č. XXX XXX XXXX zo dňa 13.9.2012 ako vecne správne potvrdiť, podľa § 250q ods. 2 O.s.p. Výrok o nákladoch konania súd oprel o neúspešnosť navrhovateľky v spore, ktorej náhradu trov konania, ktoré si uplatnila nepriznal vzhľadom na jej neúspešnosť v spore, podľa § 250k a l O.s.p.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https://www.kauzis.sk/judikatura/r/ECLI:SK:KSBA:2014:1012201867.1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