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2S/326/2012 z 28. 1. 2014</w:t>
      </w:r>
    </w:p>
    <w:p>
      <w:r>
        <w:t>Uznesenie Krajského súdu Bratislava z 28. januára 2014, sp. zn. 2S/326/2012, ECLI:SK:KSBA:2014:1012201868.1</w:t>
      </w:r>
    </w:p>
    <w:p>
      <w:r>
        <w:t>Súd: Krajský súd Bratislava</w:t>
      </w:r>
    </w:p>
    <w:p>
      <w:r>
        <w:t>Spisová značka: 2S/326/2012</w:t>
      </w:r>
    </w:p>
    <w:p>
      <w:r>
        <w:t>ECLI: ECLI:SK:KSBA:2014:1012201868.1</w:t>
      </w:r>
    </w:p>
    <w:p>
      <w:r>
        <w:t>Dátum vydania: 28. 1. 2014</w:t>
      </w:r>
    </w:p>
    <w:p>
      <w:r>
        <w:t>Forma: Uznesenie</w:t>
      </w:r>
    </w:p>
    <w:p>
      <w:pPr>
        <w:pStyle w:val="Heading2"/>
      </w:pPr>
      <w:r>
        <w:t>Text rozhodnutia</w:t>
      </w:r>
    </w:p>
    <w:p>
      <w:r>
        <w:t>Súd: Krajský súd Bratislava Spisová značka: 2S/326/2012 Identifikačné číslo súdneho spisu: 1012201868 Dátum vydania rozhodnutia: 29. 01. 2014 Meno a priezvisko sudcu, VSÚ: Mgr. Viliam Pohančeník ECLI: ECLI:SK:KSBA:2014:1012201868.1 Uznesenie Krajský súd v Bratislave v právnej veci žalobcu: SWIFT COMMERCE, s.r.o., IČO: 36 291 251, Sputniková 25, Bratislava, proti žalovanému: Daňový úrad Bratislava, Ševčenkova 32, Bratislava, o preskúmanie zákonnosti rozhodnutia žalovaného č. 9102404/5/1816861/12/MagI zo dňa 17.07.2012, jednohlasne, takto r o z h o d o l : Krajský súd v Bratislave konanie z a s t a v u j e . Žiaden z účastníkov nemá právo na náhradu trov konania. o d ô v o d n e n i e : Žalobou doručenou Krajskému súdu v Bratislave dňa 16.10.2012 sa žalobca domáhal preskúmania zákonnosti rozhodnutia žalovaného č. 9102404/5/1816861/12/MagI zo dňa 17.07.2012, ktorým bolo žalobcovi oznámené, že jeho odvolanie proti dodatočnému platobnému výmeru č. 9102404/5/475905/12/MagI, podané dňa 02.07.2012, doručené žalovanému dňa 04.07.2012, zamieta z dôvodu uvedeného v § 47 ods. 5 písm. b) zákona č. 511/1992 Zb., nakoľko je podané po určenej lehote. Krajský súd v Bratislave výzvou zo dňa 07.12.2012 vyzval žalobcu, aby v súlade s ustanovením § 250a O.s.p. v lehote 15 dní odo dňa doručenia výzvy predložil súdu originál plnomocenstva udeleného advokátovi na zastupovanie v predmetnom konaní, resp. úradne overenú fotokópiu plnej moci pod následkom zastavenia konania v zmysle § 250d ods. 3 O.s.p.. Výzva bola žalobcovi doručená dňa 07.03.2013. Žalobca na výzvu súdu zo dňa 07.12.2012 nereagoval. Podľa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Nakoľko žalobca nepreukázal splnenie podmienok ustanovených v § 250a O.s.p. o povinnom právnom zastúpení predložením plnomocenstva udeleného právnemu zástupcovi, súd v súlade s ustanovením § 250d ods. 3 O.s.p. konanie zastavil. O náhrade trov konania súd rozhodol podľa § 146 ods. 1 písm. c) O.s.p. s použitím ustanovenia § 246c O.s.p. tak, že žiaden z účastníkov nemá právo na náhradu trov konania, nakoľko konanie vo veci bolo zastavené a žalovanému trovy nevznikli. Toto rozhodnutie senát Krajského súdu v Bratislave prijal pomerom hlasov 3:0 (§ 3 ods. 9 zákona č. 757/2004 Z.z. v znení zákona č. 33/2011).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https://www.kauzis.sk/judikatura/r/ECLI:SK:KSBA:2014:1012201868.1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