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2S/331/2012 z 14. 1. 2014</w:t>
      </w:r>
    </w:p>
    <w:p>
      <w:r>
        <w:t>Rozsudok Krajského súdu Bratislava z 14. januára 2014, sp. zn. 2S/331/2012, ECLI:SK:KSBA:2014:1012201888.1</w:t>
      </w:r>
    </w:p>
    <w:p>
      <w:r>
        <w:t>Súd: Krajský súd Bratislava</w:t>
      </w:r>
    </w:p>
    <w:p>
      <w:r>
        <w:t>Spisová značka: 2S/331/2012</w:t>
      </w:r>
    </w:p>
    <w:p>
      <w:r>
        <w:t>ECLI: ECLI:SK:KSBA:2014:1012201888.1</w:t>
      </w:r>
    </w:p>
    <w:p>
      <w:r>
        <w:t>Dátum vydania: 14. 1. 2014</w:t>
      </w:r>
    </w:p>
    <w:p>
      <w:r>
        <w:t>Forma: Rozsudok</w:t>
      </w:r>
    </w:p>
    <w:p>
      <w:r>
        <w:t>Oblasť práva: Správne právo</w:t>
      </w:r>
    </w:p>
    <w:p>
      <w:pPr>
        <w:pStyle w:val="Heading2"/>
      </w:pPr>
      <w:r>
        <w:t>Text rozhodnutia</w:t>
      </w:r>
    </w:p>
    <w:p>
      <w:r>
        <w:t>Súd: Krajský súd Bratislava Spisová značka: 2S/331/2012 Identifikačné číslo súdneho spisu: 1012201888 Dátum vydania rozhodnutia: 15. 01. 2014 Meno a priezvisko sudcu, VSÚ: JUDr. Vlastimil Pavlikovský ECLI: ECLI:SK:KSBA:2014:1012201888.1 ROZSUDOK V MENE SLOVENSKEJ REPUBLIKY Krajský súd v Bratislave v senáte zloženom z predsedu senátu Mgr. Viliama Pohančeníka a členov senátu JUDr. Vlastimila Pavlikovského a JUDr. Mariána Trenčana, v právnej veci žalobcu: V. L., J. XX, R., zastúpený: JUDr. Ondrej Krempaský, advokát, Račianska 66, Bratislava, proti žalovanému: Ministerstvo financií Slovenskej republiky, Štefanovičova 5, Bratislava, o preskúmanie zákonnosti rozhodnutia žalovaného č.: MF/020477/2012-23-2 zo dňa 21.08.2012,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MF/020477/2012-23-2 zo dňa 21.08.2012 (ďalej aj len „napadnuté rozhodnutie“), ktorým žalovaný zamietol odvolanie žalobcu a potvrdil rozhodnutie Finančného riaditeľstva Slovenskej republiky č.: 4453/2012-SZ zo dňa 04.07.2012, ktorým mu bol od 01.07.2012 znížený výsluhový dôchodok na sumu 639,06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1453/2012-SZ zo dňa 30.05.2013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že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1453/2012-SZ zo dňa 30.05.2012 podľa § 68 ods. 1 zákona č. 328/2002 Z.z. zvýšilo žalobcovi výsluhový dôchodok od 01.07.2012 na sumu 658,56 eur mesačne, pričom táto dávka mu mala byť vyplácaná od mesiaca júl 2012 vždy k 15. dňu v mesiaci. Následne Finančné riaditeľstvo Slovenskej republiky rozhodnutím č.: 4453/2012-SZ zo dňa 04.07.2012 podľa § 105 ods. 7 v spojení s § 68 ods. 13 zákona č. 328/2002 Z.z. a § 5 ods. 3 zákona o štátnom rozpočte od 01.07.2012 znížilo žalobcovi výsluhový dôchodok na sumu 639,06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MF/020477/2012-23-2 zo dňa 21.08.2012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zo dňa 30.05.2012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zo dňa 30.05.2012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