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2S/335/2012 z 4. 2. 2014</w:t>
      </w:r>
    </w:p>
    <w:p>
      <w:r>
        <w:t>Rozsudok Krajského súdu Bratislava z 4. februára 2014, sp. zn. 2S/335/2012, ECLI:SK:KSBA:2014:1012201903.2</w:t>
      </w:r>
    </w:p>
    <w:p>
      <w:r>
        <w:t>Súd: Krajský súd Bratislava</w:t>
      </w:r>
    </w:p>
    <w:p>
      <w:r>
        <w:t>Spisová značka: 2S/335/2012</w:t>
      </w:r>
    </w:p>
    <w:p>
      <w:r>
        <w:t>ECLI: ECLI:SK:KSBA:2014:1012201903.2</w:t>
      </w:r>
    </w:p>
    <w:p>
      <w:r>
        <w:t>Dátum vydania: 4. 2. 2014</w:t>
      </w:r>
    </w:p>
    <w:p>
      <w:r>
        <w:t>Forma: Rozsudok</w:t>
      </w:r>
    </w:p>
    <w:p>
      <w:r>
        <w:t>Oblasť práva: Správne právo</w:t>
      </w:r>
    </w:p>
    <w:p>
      <w:pPr>
        <w:pStyle w:val="Heading2"/>
      </w:pPr>
      <w:r>
        <w:t>Text rozhodnutia</w:t>
      </w:r>
    </w:p>
    <w:p>
      <w:r>
        <w:t>Súd: Krajský súd Bratislava Spisová značka: 2S/335/2012 Identifikačné číslo súdneho spisu: 1012201903 Dátum vydania rozhodnutia: 05. 02. 2014 Meno a priezvisko sudcu, VSÚ: JUDr. Vlastimil Pavlikovský ECLI: ECLI:SK:KSBA:2014:1012201903.2 ROZSUDOK V MENE SLOVENSKEJ REPUBLIKY Krajský súd v Bratislave v senáte zloženom z predsedu senátu JUDr. Mariána Trenčana a členov senátu JUDr. Vlastimila Pavlikovského a Mgr. Viliama Pohančeníka, v právnej veci žalobkyne: J. Q., U. D. XX, nové F., zastúpený: JUDr. Ondrej Krempaský, advokát, Račianska 66, Bratislava, proti žalovanému: Ministerstvo financií Slovenskej republiky, Štefanovičova 5, Bratislava, o preskúmanie zákonnosti rozhodnutia žalovaného č.: MF/020478/2012-23-37 zo dňa 28.08.2012, jednohlasne, takto r o z h o d o l : Krajský súd v Bratislave žalobu z a m i e t a. Účastníkom sa právo na náhradu trov konania nepriznáva. o d ô v o d n e n i e : Včas podanou žalobou sa žalobkyňa domáhala preskúmania zákonnosti postupu a rozhodnutia žalovaného č.: MF/020478/2012-23-37 zo dňa 28.08.2012 (ďalej aj len „napadnuté rozhodnutie“), ktorým žalovaný zamietol odvolanie žalobkyne a potvrdil rozhodnutie Finančného riaditeľstva Slovenskej republiky č.: 5293/2012-SZ zo dňa 04.07.2012, ktorým mu bol od 01.07.2012 znížený výsluhový dôchodok na sumu 629,44 eur mesačne. Žalobkyňa namietala nepreskúmateľnosť rozhodnutia žalovaného, ako aj rozhodnutia prvostupňového správneho orgánu pre nedostatok dôvodov tvrdiac, že ich obsah nezodpovedal ustanoveniu § 47 ods. 3 správneho poriadku. Tvrdila, že výsluhový dôchodok jej bol priznaný právoplatným rozhodnutím, v správnej výške, spôsobom a postupom uvedeným v § 68 ods. 1 zákona č. 328/2002 Z.z. o sociálnom zabezpečení policajtov a vojakov a o zmene a doplnení niektorých zákonov v znení neskorších predpisov (ďalej len „zákon č. 328/2002 Z.z.“), účinnom v čase rozhodovania. Mala za to, že rozhodnutie Finančného riaditeľstva č.: 2293/2012-SZ zo dňa 05.06.2012 o zvýšení výsluhového dôchodku bolo v súlade so zákonom, jeho vydaniu nebránila žiadna zákonná prekážka, pričom dôvodom pre vydanie predmetného rozhodnutia boli rozhodné skutočnosti ovplyvňujúce výšku nároku, ktoré nastali v predchádzajúcom kalendárnom roku 2011. Žalobkyňa tvrdila, že prijatie neskoršej novely, ktorá zásadným spôsobom zmenila rozhodné skutočnosti pre zvýšenie výsluhového dôchodku, nemôže byť dôvodom na zníženie výsluhového dôchodku, pretože by išlo o retroaktivitu. Žalobkyňa poukázala na to, že prvostupňovým rozhodnutím mu bol znížený výsluhový dôchodok bez akejkoľvek správnej úvahy. Argumentovala, že ustanovenie § 68 ods. 13 zákona č. 328/2002 Z.z. v čase vydania rozhodnutia nebolo účinné, nakoľko bolo do zákona č. 328/2002 Z.z. doplnené jeho nepriamou novelou č. 185/2012 Z.z., s účinnosťou od 30.06.2012. Finančné riaditeľstvo Slovenskej republiky v odôvodnení prvostupňového rozhodnutia odcitovalo ustanovenie § 5 ods. 3 zákona č. 511/2011 Z.z. o štátnom rozpočte na rok 2012 (ďalej aj len „zákon o štátnom rozpočte“) poukazujúc na to, že zákonom č. 185/2012 Z.z. sa valorizácia výsluhových dôchodkov prepojila s týmto zákonom, čo žalobkyňa označila za irelevantné. Tento valorizačný mechanizmus bude podľa žalobkyne možné použiť až v budúcnosti, nakoľko k zmene valorizačného mechanizmu dochádza až dňom účinnosti zákona. Žalobkyňa označila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žalobkyne svedčí o tom, že štátne orgány nemajú snahu naplniť legitímne očakávania, ale naopak majú snahu pripraviť colníkov o zákonom garantované zvýšenie výsluhového dôchodku. Žalobkyňa mala za to, že štátne orgány konali v rozpore s čl. 1 a čl. 2 ods. 2 Ústavy Slovenskej republiky. Žalobkyňa tiež namietala nepreskúmateľnosť napadnutých rozhodnutí tvrdiac, že správne orgány oboch stupňov sa obmedzili len na strohé konštatovania a citáciu zákonných ustanovení, keď uviedli, že rozhodli v súlade s § 84 ods. 3 zákona č. 328/2002 Z.z.. Žalovaný v napadnutom rozhodnutí uviedol len to, že v podanom odvolaní neboli zaznamenané nové skutočnosti poukazujúce na rozpor s právnymi predpismi. Takto odôvodnené rozhodnutie je podľa žalobkyne vyjadrením nezáujmu štátneho orgánu dôsledne sa zaoberať podaním občanov, čo je v rozpore so základnými zásadami správneho konania a najmä § 3 ods. 3 Správneho poriadku. Žalobkyňa tvrdila, že z napadnutých rozhodnutí sa nedozvedela, na základe čoho dospeli správne orgány k záveru, že mu bol priznaný vyšší výsluhový dôchodok, ako jej patrí. Vzhľadom na to, žalovaný ani prvostupňový správny orgán nespochybnili dôvodnosť zvýšenia výsluhového dôchodku, žalobkyňa mala za to, že neexistuje zákonný dôvod na postup podľa § 105 ods. 7 zákona č. 328/2002 Z.z. Podľa žalobkyne neexistoval kvalifikovaný hmotnoprávny dôvod na začatie konania o znížení výsluhového dôchodku. Namietala, že správne orgány oboch stupňov postavili svoje rozhodnutia na tom, že výsluhový dôchodok mu bol priznaný v nesprávnej výške, pričom to v konaní nielenže nepreukázali, ale sa touto skutočnosťou ani nezaoberali. Napadnuté rozhodnutia sú podľa jeho názoru v rozpore s ustanovením § 32 správneho poriadku, nakoľko boli vydané bez úplne a správne zisteného skutkového stavu veci a bez toho, aby dal prvostupňový správny orgán žalobkyni možnosť vyjadriť sa k veci v zmysle ustanovenia § 33 správneho poriadku. Žalobkyňa vyslovila názor, že ani v prípade nesprávneho určenia sumy, o ktorú bol valorizovaný výsluhový dôchodok, by nebolo možné postupovať podľa § 105 ods. 7 zákona č. 328/2002 Z.z., pretože sa nerozhodovalo o priznaní dávky výsluhového zabezpečenia. Tvrdila,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z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nevyplýva len z dikcie ustanovenia § 68 ods. 1 zákona č. 328/2002 Z.z., ale aj z iných jeho systematicky, logicky a obsahovo prepojených ustanovení. Ďalej poukázal na rozdiel medzi konštitutívnymi a deklaratórnymi rozhodnutiami a ich účinkami. Vzhľadom na periodicitu vyplácania predmetných dávok a na skutočnosť, že opakujúce sa dávky výsluhového zabezpečenia sa vyplácajú na bežný kalendárny mesiac na jednej strane a na určený výplatný termín a čas potrebný na vydanie a oznámenie rozhodnutia na strane druhej,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žalobkyni nevzniklo právo na zvýšenie výsluhového dôchodku. Žalovaný sa nestotožnil s tvrdením žalobkyne o nepreskúmateľnosti napadnutých rozhodnutí. Rozhodnutie prvostupňového správneho orgánu o znížení výsluhového dôchodku žalobkyni podľa jej názoru vyplývalo zo zmeny relevantnej právnej úpravy v nadväznosti na pôvodné rozhodnutie prvostupňového správneho orgánu. Žalovaný mal za to, že v napadnutých rozhodnutiach boli uvedené všetky kauzálne prepojené a právne relevantné dôvody ich vydania. Žalobkyňa reagovala na vyjadrenie žalovaného podaním, v ktorom zaujal názor, že hmotnoprávnou skutočnosťou, od ktorej sa odvodzuje nárok na zvýšenie výsluhového dôchodku, je deň 01.07.2012. V prípade, že nastanú skutočnosti, na základe ktorých vzniká nárok na zvýšenie výsluhového dôchodku (napríklad priemerný medziročný nárast miezd) , je založený nárok na zvýšenie v nasledujúcom roku a na jeho vyplácanie od 1. júla. Argumentáciu žalovaného o zvyšovaní funkčných platov colníkov o 0 % podľa zákona o štátnom rozpočte č. 511/2011 Z.z. označila za právne irelevantnú. Ďalej poukázala na to, že nakoľko hmotnoprávne skutočnosti, na základe ktorých mala žalobkyňa nárok na valorizáciu výsluhového dôchodku, nastali už v roku 2011 a nárok na ich vyplatenie bol ešte pred účinnosťou zákona priznaný právoplatným a vykonateľným rozhodnutím, je napadnuté rozhodnutie za nezákonné. Zvýšený výsluhový dôchodok žalobkyni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a postup správnych orgánov, sú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zo dňa 05.06.2012 podľa § 68 ods. 1 zákona č. 328/2002 Z.z. zvýšilo žalobkyni výsluhový dôchodok od 01.07.2012 na sumu 648,64 eur mesačne, pričom táto dávka jej mala byť vyplácaná od mesiaca júl 2012 vždy k 15. dňu v mesiaci. Následne Finančné riaditeľstvo Slovenskej republiky rozhodnutím zo dňa 04.07.2012 podľa § 105 ods. 7 v spojení s § 68 ods. 13 zákona č. 328/2002 Z.z. a § 5 ods. 3 zákona o štátnom rozpočte od 01.07.2012 znížilo žalobkyni výsluhový dôchodok na sumu 629,44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podala žalobkyňa odvolanie. Žalovaný rozhodnutím zo dňa 28.08.2012 zamietol odvolanie žalobkyne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je potrebné posúdiť, či v súvislosti so zmenou podmienok valorizácie vykonanej zákonom č. 185/2012 Z.z. (účinným od 30.06.2012), bolo možné znížiť už priznané zvýšenie dávky výsluhového zabezpečenia podľa § 68 ods. 1 zákona č. 328/2002 Z.z. (účinného do 29.06.2012). V tejto súvislosti súd poukazuje na súvisiacu judikatúru, napr. na nález Ústavného súdu Slovenskej republiky PL. ÚS 16/09-51 zo dňa 27.10.2010, podľa ktorého: „Náhle zmeny pravidiel vyžadujú nezriedka z ústavnoprávneho hľadiska zvýšenú pozornosť, ktorú im preto ústavný súd aj v potrebnom rozsahu venuje. Každý prípad je však osobitý a vyžaduje si dôkladné zhodnotenie všetkých okolností.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 Podľa rozsudku Najvyššieho súdu Slovenskej republiky sp. zn. 4Sžso/28/2013 zo dňa 29.10.2013 v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žalobkyni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dospel k záveru, že žalovaný posúdil vec po právnej stránke správne, keď vychádzal z predpokladu, že právo na vyplácanie zvýšeného výsluhového dôchodku deklarovaného rozhodnutím o zvýšení výsluhovej dávky by vznikol žalobkyni na základe zákona až dňom 01.07.2012. Keďže zmenou právnej úpravy ku dňu 30.06.2012 sa zvýšenie výsluhového dôchodku naviazalo na zvýšenie funkčných platov, žalobkyni dňom 01.07.2012 nevzniklo právo na určené zvýšenie výsluhového zabezpečenia. Vzhľadom na existujúce rozhodnutie o zvýšení výsluhového dôchodku odo dňa 01.07.2012, ktoré bolo v rozpore s neskôr prijatou právnou úpravou, bolo potrebné predmetný rozpor odstrániť, čo žalovaný urobil vydaním napadnutého rozhodnutia. V zmysle § 68 ods. 13 zákona č. 328/2002 Z.z. po účinnosti novely č. 185/2012 Z.z. (od 30.06.2012) zvýšenie platovej tarify predstavuje podmienku na zvýšenie výsluhovej dávky. Keďže takáto skutočnosť v prípade žalobkyne nenastala, nemôže dôjsť ani k zvýšeniu (valorizácii) dávky. Vychádzajúc z vyššie uvedených skutočností súd konštatoval, že nakoľko rozhodnutím zo dňa 05.06.2012 bola žalobkyni priznaná vyššia suma výsluhového dôchodku ako jej patrila v zmysle zákona č. 185/2012 Z.z. účinného od 30.06.2012, žalovaný postupoval v súlade so zákonom, keď už priznanú dávku žalobkyni znížil. Vyhodnotením zákonnosti postupu a rozhodnutia správneho orgánu súd nezistil žiadne vecné ani právne pochybenia. Keďže napadnuté rozhodnutie bolo v súlade so zákonom, súd žalobu podľa § 250j ods. 1 O.s.p. zamietol. O náhrade trov konania súd rozhodol podľa § 250k ods. 1 O.s.p. a v konaní neúspešnej žalobkyni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https://www.kauzis.sk/judikatura/r/ECLI:SK:KSBA:2014:1012201903.2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