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5Sd/310/2012 z 29. 1. 2014</w:t>
      </w:r>
    </w:p>
    <w:p>
      <w:r>
        <w:t>Uznesenie Krajského súdu Bratislava z 29. januára 2014, sp. zn. 5Sd/310/2012, ECLI:SK:KSBA:2014:1012201946.1</w:t>
      </w:r>
    </w:p>
    <w:p>
      <w:r>
        <w:t>Súd: Krajský súd Bratislava</w:t>
      </w:r>
    </w:p>
    <w:p>
      <w:r>
        <w:t>Spisová značka: 5Sd/310/2012</w:t>
      </w:r>
    </w:p>
    <w:p>
      <w:r>
        <w:t>ECLI: ECLI:SK:KSBA:2014:1012201946.1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5Sd/310/2012 Identifikačné číslo súdneho spisu: 1012201946 Dátum vydania rozhodnutia: 30. 01. 2014 Meno a priezvisko sudcu, VSÚ: JUDr. Milota Tóthová ECLI: ECLI:SK:KSBA:2014:1012201946.1 Uznesenie Krajský súd v Bratislave v právnej veci navrhovateľky B.. Q. Š., bytom L. XX, R., Q.. C.. D. N., advokátom, so sídlom Hodžovo nám. 1A, Bratislava, proti odporkyni Sociálnej poisťovni ústredie, Ul. 29. augusta č. 8-10, Bratislava, o invalidný dôchodok, takto r o z h o d o l : Súd konanie z a s t a v u j e . Odporkyňa je povinná zaplatiť navrhovateľke náhradu trov konania v sume 132,64 eur k rukám právneho zástupcu navrhovateľky do 3 dní odo dňa právoplatnosti uznesenia. o d ô v o d n e n i e : Navrhovateľka návrhom zo dňa 17.10.2012 žiadala preskúmať rozhodnutie odporkyne číslo XXX XXX XXXX X zo dňa 17.9.2012, ktorým odporkyňa zamietla žiadosť o invalidný dôchodok zo dňa 31. augusta 2012. Písomným prehlásením zo dňa 9.5.20013 právny zástupca navrhovateľky vzal späť návrh v celom rozsahu z dôvodu, že odporkyňa vykonala opätovné posúdenie zdravotného stavu navrhovateľky a na základe zmeny posudkových záverov posudkových lekárov rozhodnutím číslo XXX XXX XXXX zo dňa 5.3.2013 zrušila napadnuté rozhodnutie a priznala navrhovateľke invalidný dôchodok. Súd podľa § 250d ods. 3 v spojení s § 250h ods. 2 a § 250l ods. 2 O.s.p. konanie zastavil. O trovách konania súd rozhodol podľa § 246c a § 146 ods. 2 veta druhá O.s.p. Navrhovateľka bola v konaní úspešná, a preto jej súd priznal náhradu trov konania, ktoré jej vznikli na nákladoch právneho zastúpenia. Súd priznal právnemu zástupcovi navrhovateľky náhradu trov konania a to za 2 úkony v roku 2012 vo výške 1/13 výpočtového základu podľa § 11 ods. 4 veta druhá vyhlášky č. 655/2004 Z.z. (1. príprava a prevzatie zastúpenia, 2. písomné podanie na súd dňa 17.10.2012), t.j. 2 x 58,69 eur a režijný paušál 2 x 7,63 eur (§ 16 ods. 3). Trovy konania predstavujú celkove 132,64 eur, ktoré odporkyňa zaplatí k rukám právneho zástupcu žalobcu.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https://www.kauzis.sk/judikatura/r/ECLI:SK:KSBA:2014:1012201946.1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