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4Sp/155/2012 z 2. 12. 2014</w:t>
      </w:r>
    </w:p>
    <w:p>
      <w:r>
        <w:t>Rozsudok Krajského súdu Bratislava z 2. decembra 2014, sp. zn. 4Sp/155/2012, ECLI:SK:KSBA:2014:1012201977.1</w:t>
      </w:r>
    </w:p>
    <w:p>
      <w:r>
        <w:t>Súd: Krajský súd Bratislava</w:t>
      </w:r>
    </w:p>
    <w:p>
      <w:r>
        <w:t>Spisová značka: 4Sp/155/2012</w:t>
      </w:r>
    </w:p>
    <w:p>
      <w:r>
        <w:t>ECLI: ECLI:SK:KSBA:2014:1012201977.1</w:t>
      </w:r>
    </w:p>
    <w:p>
      <w:r>
        <w:t>Dátum vydania: 2. 12. 2014</w:t>
      </w:r>
    </w:p>
    <w:p>
      <w:r>
        <w:t>Forma: Rozsudok</w:t>
      </w:r>
    </w:p>
    <w:p>
      <w:r>
        <w:t>Oblasť práva: Správne právo</w:t>
      </w:r>
    </w:p>
    <w:p>
      <w:pPr>
        <w:pStyle w:val="Heading2"/>
      </w:pPr>
      <w:r>
        <w:t>Text rozhodnutia</w:t>
      </w:r>
    </w:p>
    <w:p>
      <w:r>
        <w:t>Súd: Krajský súd Bratislava Spisová značka: 4Sp/155/2012 Identifikačné číslo súdneho spisu: 1012201977 Dátum vydania rozhodnutia: 03. 12. 2014 Meno a priezvisko sudcu, VSÚ: JUDr. Ľubomír Šramko ECLI: ECLI:SK:KSBA:2014:1012201977.1 ROZSUDOK V MENE SLOVENSKEJ REPUBLIKY Krajský súd v Bratislave v konaní pred sudcom JUDr. Ľubomírom Šramkom v právnej veci navrhovateľa: pána O. G., bytom Š. XX, Z., proti odporcovi: Centrum právnej pomoci, so sídlom Námestie slobody 12, Bratislava, o opravnom prostriedku navrhovateľa zo dňa 24.10.2012 proti rozhodnutiu odporcu Sp. zn. 2N 2209/11, Ev. č. 5163/12 zo dňa 8.10.2012 takto r o z h o d o l : Krajský súd v Bratislave napadnuté rozhodnutie odporcu Sp. zn. 2N 2209/11, Ev. č. 5163/12 zo dňa 8.10.2012 z r u š u j e podľa ustanovenia § 250j ods. 2 písm. d) Občianskeho súdneho poriadku a vec v r a c i a odporcovi na ďalšie konanie. Navrhovateľovi nepriznáva právo na náhradu trov konania. o d ô v o d n e n i e : Napadnutým rozhodnutím Sp. zn. 2N 2209/11, Ev. č. 5163/12 zo dňa 8.10.2012 odporca v zmysle § 14 ods. 1 písm. a)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odníma nárok na poskytovanie právnej pomoci v konaní pred súdom v právnej veci o úpravu rodičovských práv a povinností k maloletému dieťaťu. V napadnutom rozhodnutí opísal zistený stav veci, podľa ktorého bol navrhovateľovi pôvodne určený advokát JUDr. Jozef Boris, následne advokátska kancelária Kucek, Havlík &amp; Partners, s.r.o., ktorá od zmluvy o poskytovaní právnych služieb z dôvodu narušenia nevyhnutnej dôvery medzi ňou a klientom odstúpila. Podľa vyjadrenia advokátskej kancelárie navrhovateľ už od začiatku prejavoval voči nim nedôveru a požadoval úkony v rozpore s právnymi predpismi. Na základe uvedeného odporca dospel k záveru, že v danom prípade sú dané dôvody na odňatie nároku na poskytovanie právnej pomoci z dôvodu neposkytovania potrebnej súčinnosti určenému advokátovi. Podľa názoru odporcu bolo preukázané, že navrhovateľ nad primeranú mieru zahlcoval oboch určených advokátov svojimi podnetmi a požiadavkami, ktoré boli často v rozpore so všeobecne záväznými právnymi predpismi. Proti tomuto rozhodnutiu podal navrhovateľ v zákonom stanovenej lehote opravný prostriedok - návrh zo dňa 24.10.2012, ktorým sa domáhal jeho zrušenia v celom rozsahu a vrátenia veci odporcovi na ďalšie konanie. Uviedol v ňom, že v prípade napadnutého rozhodnutia sa jedná o nesprávne posúdenie veci, svoju nespokojnosť s doterajším prístupom určených advokátov považuje za opodstatnenú a dodal, že ak sa zúfalo domáhal právnych úkonov či informácií a advokátska kancelária ho ignorovala, takýto stav môže byť posúdený ako strata dôvery, nie však ako nesúčinnosť. Odporca vo svojom vyjadrení zo dňa 1.3.2013 uviedol, že navrhuje napadnuté rozhodnutie v celom rozsahu potvrdiť. Zotrval na vlastnom odôvodnení a zároveň konštatoval, že sa vždy snažil vyjsť navrhovateľovi v ústrety, na jeho podnety reagoval obratom, pričom mu viackrát zdôraznil, že každý advokát postupuje s odbornou starostlivosťou, je znalý právnych predpisov a nie je povinný riadiť sa pokynmi klienta, ktoré sú v rozpore so všeobecne záväznými predpismi. Súd podaný návrh prejednal a rozhodol podľa ust. § O.s.p. ako miestne a vecne príslušný súd (§ 246a ods. 2 O.s.p.) v neprítomnosti navrhovateľa. Po riadnom preskúmaní napadnutého rozhodnutia a postupu správneho orgánu v rozsahu podaného návrhu - opravného prostriedku dospel k záveru, že napadnuté rozhodnutie odporcu je potrebné zrušiť podľa ust. § 250j ods. 2 písm. d) a vec mu vrátiť na ďalšie konanie. Súd s poukazom na § 250g ods. 2 O.s.p., v zmysle ktorého možno vec prejednať aj v neprítomnosti účastníkov, nevyhovel žiadosti navrhovateľa odročiť pojednávanie a ustanoviť mu advokáta (doručenej tunajšiemu súdu dňa 28.11.2014). Podľa § 250g ods. 2 O.s.p. neprítomnosť účastníkov na pojednávaní nie je prekážkou riadneho prejednania veci. Súd má za to, že v konaní nebola preukázaná nemožnosť účasti navrhovateľa na pojednávaní - prejednaní veci a to predovšetkým s poukazom na obsah jeho podania - žiadosť o odročenie pojednávania odôvodňoval zložitosťou prípadu a potrebou kvalifikovaného právneho zastúpenia v zmysle § 30 O.s.p. Samotný predmet konania (odňatie nároku na poskytovanie právnej pomoci odporcom) však sám o sebe vylučuje ustanovenie advokáta v tejto veci, nakoľko v takomto prípade by odporca (Centrum právnej pomoci) ako zástupca navrhovateľa vystupovalo voči sebe v konaní v ktorom je odporcom. Súd v prejednávanej veci dokazovanie nedoplnil, riadne sa však oboznámil s obsahom administratívneho spisu, podľa ktorého odporca rozhodnutím Sp. zn. 2N 2209/11, Ev. č. 663/12 zo dňa 16.2.2012 priznal navrhovateľovi nárok na poskytovanie právnej pomoci a určil mu advokáta JUDr. Jozefa Borisa, ktorý dňa 18.6.2012 doručil odporcovi oznámenie, podľa ktorého navrhovateľovi zo zdravotných dôvodov vypovedal plnú moc dňom 15.6.2012 a zároveň mu našiel náhradníka, JUDr. Adriána Kuceka. Odporca hneď v deň doručenia tohto oznámenia vydal nové rozhodnutie, v ktorom navrhovateľovi určil nového právneho zástupcu, advokátsku kanceláriu Kucek, Havlík &amp; Partners, s.r.o. Dňa 24.9.2012 navrhovateľ odporcovi doručil sťažnosť na ustanovenú advokátsku kanceláriu, táto ho podľa navrhovateľa nemá záujem zastupovať a neakceptuje žiadne jeho návrhy. Advokátska kancelária Kucek, Havlík &amp; Partners, s.r.o. sa k sťažnosti vyjadrila podaním zo dňa 28.9.2012, v ktorom vymenovala všetky vykonané právne úkony vo vzťahu k prejednávanej veci navrhovateľa a uviedla, že navrhovateľ im už od začiatku prejavoval nedôveru, nespokojnosť a požadoval úkony v rozpore s právnymi predpismi. Sťažnosť navrhovateľa považujú za bezdôvodnú, neopodstatnenú a zásadne odmietajú tvrdenia navrhovateľa, ktorými spochybňuje odbornú činnosť advokátskej kancelárie. Na záver uviedli, že sú nútení odstúpiť od zmluvy o poskytovaní právnych služieb z dôvodu narušenia nevyhnutnej dôvery medzi ich kanceláriou a navrhovateľom. Podľa ust. § 25 ods. 1 zákona o poskytovaní právnej pomoci na konanie o nároku na poskytnutie právnej pomoci a o súvisiacich nárokoch podľa tohto zákona sa vzťahuje všeobecný predpis o správnom konaní. Podľa ust. § 47 ods. 1 zák. č. 71/1967 Zb. o správnom konaní (správny poriadok) rozhodnutie musí obsahovať výrok, odôvodnenie a poučenie o odvolaní (rozklade). Odôvodnenie nie je potrebné, ak sa všetkým účastníkom konania vyhovuje v plnom rozsahu.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250q ods. 2 O.s.p. o opravnom prostriedku rozhodne súd rozsudkom, ktorým preskúmavané rozhodnutie buď potvrdí, alebo ho zruší a vráti na ďalšie konanie. Podľa ust.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po oboznámení sa s obsahom napadnutého rozhodnutia dospel k názoru, že odporca sa pri vydaní napadnutého rozhodnutia neriadil ustanovením § 47 ods. 3 správneho poriadku a preto ho nie je možné preskúmať ani z pohľadu podaného opravného prostriedku. Napadnuté rozhodnutie totiž neobsahuje žiadne skutočnosti (správnu úvahu), na základe ktorých odporca dospel k záveru o neposkytovaní súčinnosti zo strany navrhovateľa. Odôvodnenie napadnutého rozhodnutia obsahuje iba opis zisteného stavu veci a konštatovanie, že z dôvodu, že navrhovateľ nad primeranú mieru zahlcoval oboch určených advokátov svojimi podnetmi a požiadavkami, ktoré boli často v rozpore so všeobecne záväznými právnymi predpismi. Odporca však žiadnym spôsobom neozrejmil, na základe akej správnej úvahy dospel k záveru, že práve neprimerané „zahlcovanie“ advokátov podnetmi a požiadavkami možno kvalifikovať ako neposkytnutie súčinnosti tak ako predpokladá § 14 ods. 1 písm. a) zákona o poskytovaní právnej pomoci. Osoba, ktorej bol poskytnutý nárok na poskytovanie právnej pomoci, je povinná v zmysle § 13 ods. 2 zákona o poskytovaní právnej pomoci poskytovať určenému advokátovi a odporcovi potrebnú súčinnosť. Vo vzťahu k advokátovi sa jedná najmä o informačné povinnosti o skutočnostiach alebo zmenách skutočností týkajúcich sa konania, v ktorom je táto osoba advokátom zastúpená. Ide teda o informácie, nevyhnutné pre riadne zastupovanie zastúpenej osoby jej (určeným) zástupcom. Súd má za to, že neprimerané zahlcovanie advokátov vlastnými podnetmi zo strany navrhovateľa nemožno žiadnym spôsobom subsumovať pod pojem „neposkytovanie súčinnosti“ v zmysle zákona o poskytovaní právnej pomoci (a ani žiadneho iného zákona, resp. pojmu ako takého), skôr sa jedná o neprimeranú (prehnanú) súčinnosť. V napadnutom rozhodnutí teda absentuje akékoľvek relevantné odôvodnenie výroku rozhodnutia, jeho preskúmanie je vylúčené, včítane navrhovateľom vznesených námietok. Pretože z odôvodnenia napadnutého rozhodnutia odporcu nie je vôbec zrejmá správna úvaha, na základe ktorej dospel odporca k právnemu názoru o neposkytovaní súčinnosti zo strany navrhovateľa a teda o existencií dôvodu na odňatie právnej pomoci, súd v zmysle § 250j ods. 2 písm. d) O.s.p. napadnuté rozhodnutie zrušil a vec vrátil na ďalšie konanie. V ďalšom konaní bude úlohou odporcu v zmysle platnej právnej úpravy objektívne vyhodnotiť naplnenie či nenaplnenie podmienok pre odňatie nároku na poskytovanie právnej pomoci podľa zákona o poskytovaní právnej pomoci a v prípade potreby vydania meritórneho (negatívneho) rozhodnutia svoj záver náležitým a zákonným spôsobom odôvodniť a to tak, aby bolo z neho o.i. zjavné, akými úvahami sa riadil pri jeho vydaní a na základe akých skutočností k nemu dospel. O trovách navrhovateľa súd rozhodol za použitia ust. § 250k ods. 1 O.s.p. v spojení s § 250l ods. 2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za toto konanie (§ 4 ods. 2 písm. a) zákona č. 71/1992 Zb. o súdnych poplatkoch) a preto ho súd nezaviazal k povinnosti zaplatiť súdny poplatok. Poučenie: Proti výroku tohto rozsudku vo veci samej odvolanie nie je prípustné (§ 250s O.s.p.). Proti výroku o trovách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https://www.kauzis.sk/judikatura/r/ECLI:SK:KSBA:2014:1012201977.1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