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2S/941/2012 z 11. 3. 2014</w:t>
      </w:r>
    </w:p>
    <w:p>
      <w:r>
        <w:t>Uznesenie Krajského súdu Bratislava z 11. marca 2014, sp. zn. 2S/941/2012, ECLI:SK:KSBA:2014:1012204386.2</w:t>
      </w:r>
    </w:p>
    <w:p>
      <w:r>
        <w:t>Súd: Krajský súd Bratislava</w:t>
      </w:r>
    </w:p>
    <w:p>
      <w:r>
        <w:t>Spisová značka: 2S/941/2012</w:t>
      </w:r>
    </w:p>
    <w:p>
      <w:r>
        <w:t>ECLI: ECLI:SK:KSBA:2014:1012204386.2</w:t>
      </w:r>
    </w:p>
    <w:p>
      <w:r>
        <w:t>Dátum vydania: 11. 3. 2014</w:t>
      </w:r>
    </w:p>
    <w:p>
      <w:r>
        <w:t>Forma: Uznesenie</w:t>
      </w:r>
    </w:p>
    <w:p>
      <w:pPr>
        <w:pStyle w:val="Heading2"/>
      </w:pPr>
      <w:r>
        <w:t>Text rozhodnutia</w:t>
      </w:r>
    </w:p>
    <w:p>
      <w:r>
        <w:t>Súd: Krajský súd Bratislava Spisová značka: 2S/941/2012 Identifikačné číslo súdneho spisu: 1012204386 Dátum vydania rozhodnutia: 12. 03. 2014 Meno a priezvisko sudcu, VSÚ: Mgr. Viliam Pohančeník ECLI: ECLI:SK:KSBA:2014:1012204386.2 Uznesenie Krajský súd v Bratislave v právnej veci žalobcu: SMER spol. s r.o., IČO 44 081 189, Lubinska 18, 811 03 Bratislava, zastúpený: Mgr. Milan Kantuľák, advokát, Na pažiti 19, 831 01 Bratislava, proti žalovanému: Finančné riaditeľstvo Slovenskej republiky, Lazovná 63, 974 01 Banská Bystrica, o preskúmanie zákonnosti rozhodnutia žalovaného č. 9102403/5/2259853/2012 zo dňa 22.08.2012, jednohlasne, takto r o z h o d o l : Krajský súd v Bratislave konanie z a s t a v u j e . Žiaden z účastníkov nemá právo na náhradu trov konania. o d ô v o d n e n i e : Žalobou doručenou Krajskému súdu v Bratislave dňa 31.10.2012 sa žalobca domáhal preskúmania zákonnosti rozhodnutia žalovaného č. 9102403/5/2259853/2012 zo dňa 22.08.2012, ktorým Daňový úrad Bratislava v zmysle § 47 ods. 6 zákona č. 511/1992 Zb. o správe daní a poplatkov a o zmenách v sústave územných finančných orgánov v znení neskorších predpisov v nadväznosti na § 165 ods. 2 zákona č. 563/2009 Z.z. o správe daní (daňový poriadok) a o zmene a doplnení niektorých zákonov v znení neskorších predpisov oznámil žalobcovi, že jeho odvolanie proti dodatočným platobným výmerom č. 9102403/1/226766/2012 zo dňa 23.02.2012 za zdaňovacie obdobie november 2010 a č. 9102403/1/227062/2012 zo dňa 23.02.2012 za zdaňovacie obdobie december 2010 zamietol. Daňový úrad Bratislava dodatočným platobným výmerom č. 9102403/1/226766/2012 zo dňa 23.02.2012 na základe kontroly na zistenie oprávnenosti nároku na vrátenie nadmerného odpočtu za zdaňovacie obdobie november 2010 nepriznal daňovému subjektu nadmerný odpočet v sume 14 899,55 eur a určil vlastnú daňovú povinnosť v sume 5493,53 eur. Daňový úrad Bratislava dodatočným platobným výmerom č. 9102403/1/226762/2012 zo dňa 23.02.2012 na základe kontroly na zistenie oprávnenosti nároku na vrátenie nadmerného odpočtu za zdaňovacie obdobie december 2010 nepriznal daňovému subjektu nadmerný odpočet v sume 13 358,67 eur a určil vlastnú daňovú povinnosť v sume 19 443,12 eur. Keďže žalobca spolu so žalobou nezaplatil súdny poplatok za jej podanie, ktorý je 70,- eur, súd ho pod následkom zastavenia konania vyzval na jeho zaplatenie výzvou č. k. 2S/941/12-57 zo dňa 06.02.2014. Predmetná výzva spolu s príkazom na úhradu bola doručená zástupcovi žalobcu dňa 28.02.2014. Žalobca si aj napriek výzve nesplnil poplatkovú povinnosť. Podľa § 5 ods. 1 písm. a) zákona č. 71/1992 Zb. o súdnych poplatkoch a poplatku za výpis z registra trestov v znení neskorších predpisov (ďalej len „zákon č. 71/1992 Zb.“), poplatková povinnosť vzniká podaním návrhu, odvolania a dovolania alebo žiadosti na vykonanie poplatkového úkonu, ak je poplatníkom navrhovateľ, odvolateľ a dovolateľ.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Podľa § 10 ods. 1 zákona č. 71/1992 Zb.,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Vzhľadom na to, že žalobca nezaplatil súdny poplatok v lehote ustanovenej vo výzve na jeho zaplatenie, súd rozhodol súd tak, že konanie vo veci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https://www.kauzis.sk/judikatura/r/ECLI:SK:KSBA:2014:1012204386.2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