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5S/1493/2012 z 21. 4. 2014</w:t>
      </w:r>
    </w:p>
    <w:p>
      <w:r>
        <w:t>Opravné uznesenie Krajského súdu Bratislava z 21. apríla 2014, sp. zn. 5S/1493/2012, ECLI:SK:KSBA:2014:1012206607.2</w:t>
      </w:r>
    </w:p>
    <w:p>
      <w:r>
        <w:t>Súd: Krajský súd Bratislava</w:t>
      </w:r>
    </w:p>
    <w:p>
      <w:r>
        <w:t>Spisová značka: 5S/1493/2012</w:t>
      </w:r>
    </w:p>
    <w:p>
      <w:r>
        <w:t>ECLI: ECLI:SK:KSBA:2014:1012206607.2</w:t>
      </w:r>
    </w:p>
    <w:p>
      <w:r>
        <w:t>Dátum vydania: 21. 4. 2014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5S/1493/2012 Identifikačné číslo súdneho spisu: 1012206607 Dátum vydania rozhodnutia: 22. 04. 2014 Meno a priezvisko sudcu, VSÚ: JUDr. Viera Šebestová ECLI: ECLI:SK:KSBA:2014:1012206607.2 Opravné uznesenie Krajský súd v Bratislave v právnej veci žalobcu: R.. Bc. Q. B., O. G. č. XXX, zast. advokátom JUDr. Ondrejom Krempaským, so sídlom Račianska 66, 831 02 Bratislava, proti žalovanému: Ministerstvo financií Slovenskej republiky, so sídlom Štefanovičova 5, 817 82 Bratislava, o preskúmanie zákonnosti rozhodnutia žalovaného č. MF/021467/2012-23-32, zo dňa 24.09.2012, takto r o z h o d o l : Súd opravuje v záhlaví a vo výroku rozsudku č.k. 5S/1493/2012-32 zo dňa 10.12.2013 dátum vydania napadnutého rozhodnutia žalovaného tak, že správny dátum vydania rozhodnutia č. MF/021467/2012-23-32 je 24.09.2012. Súd opravuje vo výroku rozsudku č.k. 5S/1493/2012-32 zo dňa 10.12.2013 číslo napadnutého rozhodnutia žalovaného tak, že toto správne znie: MF/021467/2012-23-32. o d ô v o d n e n i e : Pri písomnom vyhotovení rozsudku č. k. 5S/1493/2012-32 zo dňa 10.12.2013 došlo k pisárskej chybe, keď v záhlaví ako aj vo výroku uvedeného rozsudku bol ako dátum vydania napadnutého rozhodnutia žalovaného č. MF/021467/2012-23-32 uvedený deň 24.08.2012. Správny dátum vydania napadnutého rozhodnutia je 24.09.2012. Zároveň došlo k pisárskej chybe, keď súd vo výroku tohto rozsudku uviedol ako číslo napadnutého rozhodnutia žalovaného č. MF/02147/2012-23-32, pričom správne číslo napadnutého rozhodnutia je MF/021467/2012-23-32.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https://www.kauzis.sk/judikatura/r/ECLI:SK:KSBA:2014:1012206607.2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