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8Sd/80/2012 z 3. 3. 2014</w:t>
      </w:r>
    </w:p>
    <w:p>
      <w:r>
        <w:t>Uznesenie Krajského súdu Bratislava z 3. marca 2014, sp. zn. 8Sd/80/2012, ECLI:SK:KSBA:2014:1012207501.1</w:t>
      </w:r>
    </w:p>
    <w:p>
      <w:r>
        <w:t>Súd: Krajský súd Bratislava</w:t>
      </w:r>
    </w:p>
    <w:p>
      <w:r>
        <w:t>Spisová značka: 8Sd/80/2012</w:t>
      </w:r>
    </w:p>
    <w:p>
      <w:r>
        <w:t>ECLI: ECLI:SK:KSBA:2014:1012207501.1</w:t>
      </w:r>
    </w:p>
    <w:p>
      <w:r>
        <w:t>Dátum vydania: 3.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8Sd/80/2012 Identifikačné číslo súdneho spisu: 1012207501 Dátum vydania rozhodnutia: 04. 03. 2014 Meno a priezvisko sudcu, VSÚ: JUDr. Peter Pospech ECLI: ECLI:SK:KSBA:2014:1012207501.1 Uznesenie Krajský súd v Bratislave v právnej veci navrhovateľky: V.. F. X., M. Č. XXXXXX/XXXX, H. X. XX, XXX XX H.,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dňa 5.9.2012 žiadala preskúmať rozhodnutie odporkyne číslo XXX XXX XXXX zo dňa 12.7.2012, ktorým odporkyňa znížila sumu invalidného dôchodku od 20.8.2012 na sumu 233,10,- Eur mesačne. Písomným prehlásením došlým súdu dňa 24.2.2014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https://www.kauzis.sk/judikatura/r/ECLI:SK:KSBA:2014:1012207501.1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