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8Sd/90/2012 z 28. 4. 2014</w:t>
      </w:r>
    </w:p>
    <w:p>
      <w:r>
        <w:t>Uznesenie Krajského súdu Bratislava z 28. apríla 2014, sp. zn. 8Sd/90/2012, ECLI:SK:KSBA:2014:1012211045.2</w:t>
      </w:r>
    </w:p>
    <w:p>
      <w:r>
        <w:t>Súd: Krajský súd Bratislava</w:t>
      </w:r>
    </w:p>
    <w:p>
      <w:r>
        <w:t>Spisová značka: 8Sd/90/2012</w:t>
      </w:r>
    </w:p>
    <w:p>
      <w:r>
        <w:t>ECLI: ECLI:SK:KSBA:2014:1012211045.2</w:t>
      </w:r>
    </w:p>
    <w:p>
      <w:r>
        <w:t>Dátum vydania: 28.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8Sd/90/2012 Identifikačné číslo súdneho spisu: 1012211045 Dátum vydania rozhodnutia: 29. 04. 2014 Meno a priezvisko sudcu, VSÚ: JUDr. Peter Pospech ECLI: ECLI:SK:KSBA:2014:1012211045.2 Uznesenie Krajský súd v Bratislave v právnej veci navrhovateľa: O.. E. F., S. Č. XXXXXX/XXXX, H. S. XX, XXX XX T.,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došlým dňa 22.11.2012 žiadal preskúmať rozhodnutie odporkyne číslo XXX XXX XXXX X zo dňa 18.10.2012, ktorým odporkyňa zamietla žiadosť navrhovateľovi o invalidný dôchodok. Dňa 29.4.2014 po vysvetlení predmetu sporu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https://www.kauzis.sk/judikatura/r/ECLI:SK:KSBA:2014:1012211045.2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