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5S/2596/2012 z 6. 5. 2014</w:t>
      </w:r>
    </w:p>
    <w:p>
      <w:r>
        <w:t>Uznesenie Krajského súdu Bratislava z 6. mája 2014, sp. zn. 5S/2596/2012, ECLI:SK:KSBA:2014:1012211087.1</w:t>
      </w:r>
    </w:p>
    <w:p>
      <w:r>
        <w:t>Súd: Krajský súd Bratislava</w:t>
      </w:r>
    </w:p>
    <w:p>
      <w:r>
        <w:t>Spisová značka: 5S/2596/2012</w:t>
      </w:r>
    </w:p>
    <w:p>
      <w:r>
        <w:t>ECLI: ECLI:SK:KSBA:2014:1012211087.1</w:t>
      </w:r>
    </w:p>
    <w:p>
      <w:r>
        <w:t>Dátum vydania: 6. 5.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5S/2596/2012 Identifikačné číslo súdneho spisu: 1012211087 Dátum vydania rozhodnutia: 07. 05. 2014 Meno a priezvisko sudcu, VSÚ: JUDr. Dáša Filová ECLI: ECLI:SK:KSBA:2014:1012211087.1 Uznesenie Krajský súd v Bratislave v právnej veci žalobkyne: Bc. G. A., L. D. XXX/X, J. J., zastúpený: JUDr. Bohuslav Majchrák, advokát, spol. s r.o., Fraňa Kráľa 2080, 022 01 Čadca, proti žalovanému: Ministerstvo dopravy, výstavby a regionálneho rozvoja Slovenskej republiky, Námestie slobody 6, 810 05 Bratislava, P.O.Box 100, o preskúmanie zákonnosti rozhodnutia žalovaného č. 15224/2012 2962/ SVBP z. 36405 zo dňa 19.9.2012, takto r o z h o d o l : Krajský súd v Bratislave p r i b e r á do konania účastníka správneho konania: A. A., bytom Viale Giustiniano Imperatore 76, Rím, Taliansko, zastúpeného splnomocnencom: D. A., bytom S. XXX/XX, J. J.. o d ô v o d n e n i e : Žalobou doručenou tunajšiemu súdu dňa 27.11.2012 sa žalobkyňa domáha preskúmania zákonnosti rozhodnutia žalovaného č. 15224/2012 2962/SVBPz. 36405 zo dňa 19.9.2012, ktorým žalovaný zamietol odvolanie žalobkyne a odvolanie mesta Trenčianske Teplice a rozhodnutie Krajského stavebného úradu v Trenčíne, odboru štátnej stavebnej správy č. KSÚ-2012-228/1022-7 Br zo dňa 27.3.2012 potvrdil. Týmto prvostupňovým rozhodnutím Krajský stavebný úrad v Trenčíne v mimo odvolacom konaní podľa § 65 správneho poriadku zrušil právoplatné rozhodnutie stavebného úradu - mesta Trenčianske Teplice č. 9962/1020/BVVS/2009 zo dňa 2.12.2009 na základe podnetu D. A.. Stavebný úrad cit. právoplatným rozhodnutím povolil zmenu dokončenej stavby „Oporný múr pri RD“ na pozemkoch parc. č. XXX/X, XXX/X, XXXX/X, XXXX/X kat. úz. J. J. pre stavebníčku Bc. G. A., bytom K. S. XXX/XX, trenčianske J.. Účastník správneho konania A. A. - vlastník susedného pozemku žiada stavebníčku o nápravu oplotenia medzi pozemkami parc. č. XXX/X a XXX/X kat. úz. J. J. tak, aby jeho pozemky neboli znehodnotené tienením. Podľa § 250 ods. 1 O.s.p. účastníkmi konania sú žalobca a žalovaný. Súd aj bez návrhu uznesením priberie do konania účastníka správneho konania, ktorého práva a povinnosti by mohli byť zrušením správneho konania dotknuté. Keďže zrušením napadnutého rozhodnutia a jeho vrátením žalovanému na ďalšie konanie by mohli byť dotknuté práva a povinnosti susedného pozemku - A. A., pribral ho súd podľa § 250 ods. 1 O.s.p. do konania. Poučenie: Proti tomuto uzneseniu možno podať odvolanie do 15 dní odo dňa jeho doručenia na Krajský súd v Bratislave dvojmo. Ak bude proti tomuto rozhodnutiu v odvolacej lehote podané odvolanie, uznesenie sa podaním odvolania zrušuje a opätovne rozhodne sudca (§202 ods. 3 písm. b) O.s.p. v spojení s § 374 ods. 4)</w:t>
      </w:r>
    </w:p>
    <w:p/>
    <w:p>
      <w:r>
        <w:t>Zdroj: KAUZIS.SK – https://www.kauzis.sk/judikatura/r/ECLI:SK:KSBA:2014:1012211087.1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