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Bratislava sp. zn. 5S/2604/2012 z 27. 7. 2014</w:t>
      </w:r>
    </w:p>
    <w:p>
      <w:r>
        <w:t>Opravné uznesenie Krajského súdu Bratislava z 27. júla 2014, sp. zn. 5S/2604/2012, ECLI:SK:KSBA:2014:1012211135.2</w:t>
      </w:r>
    </w:p>
    <w:p>
      <w:r>
        <w:t>Súd: Krajský súd Bratislava</w:t>
      </w:r>
    </w:p>
    <w:p>
      <w:r>
        <w:t>Spisová značka: 5S/2604/2012</w:t>
      </w:r>
    </w:p>
    <w:p>
      <w:r>
        <w:t>ECLI: ECLI:SK:KSBA:2014:1012211135.2</w:t>
      </w:r>
    </w:p>
    <w:p>
      <w:r>
        <w:t>Dátum vydania: 27. 7. 2014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Krajský súd Bratislava Spisová značka: 5S/2604/2012 Identifikačné číslo súdneho spisu: 1012211135 Dátum vydania rozhodnutia: 28. 07. 2014 Meno a priezvisko sudcu, VSÚ: Mgr. Helena Marcinkechová ECLI: ECLI:SK:KSBA:2014:1012211135.2 Opravné uznesenie Krajský súd v Bratislave v právnej veci žalobcu: C. E., bytom H. XXXX/X, XXX XX Q., zastúpená: AK Soukenník - Štrpka, s.r.o., so sídlom Šoltésovej 14, 811 08 Braislava, proti žalovanému: Ministerstvo dopravy, výstavby a regionálneho rozvoja Slovenskej republiky, Námestie slobody 6, 810 05 Bratislava, o preskúmanie zákonnosti rozhodnutia žalovaného č. XXXXX/XXXX/XXXX SV-XXXXX-X/Šu zo dňa XX.XX.XXXX, takto r o z h o d o l : Súd opravuje číslo napadnutého rozhodnutia žalovaného v rozsudku č. k. 5S XXXX/XXXX-XX zo dňa XX.XX.XXXX, a to v týchto častiach rozsudku: v záhlaví, vo výrokovej časti a na tretej a štvrtej strane odôvodnenia rozsudku tak, že číslo napadnutého rozhodnutia správne znie: XXXXX/XXXX/XXXX SV- XXXXX-X/Šu zo dňa XX.XX.XXXX. o d ô v o d n e n i e : Pri písomnom vyhotovení rozsudku č. k. 5S 2604/2012-89 zo dňa 21.01.2014 došlo k chybe v písaní, keď v úvodnej časti rozsudku, vo výroku rozsudku ako aj na tretej a štvrtej strane odôvodnenia rozsudku bolo nesprávne uvedené číslo preskúmavaného rozhodnutia žalovaného č. XXXXX/XXXX/XXXX SM- XXXXX-X/Šu zo dňa XX.XX.XXXX. Správne číslo napadnutého rozhodnutia žalovaného je č. XXXXX/ XXXX/XXXX SV-XXXXX-X/Šu zo dňa XX.XX.XXXX. Podľa § 164 O. s. p. súd kedykoľvek aj bez návrhu opraví v rozsudku chyby v písaní a počítaní, ako aj iné zrejmé nesprávnosti. O oprave vydá opravné uznesenie, ktoré doručí účastníkom. Pritom môže odložiť vykonateľnosť rozsudku na čas, kým opravné uznesenie nenadobudne právoplatnosť. Súd v súlade s vyššie uvedenými skutočnosťami svoje rozhodnutie opravil. Poučenie: Proti tomuto rozhodnutiu možno podať odvolanie do 15 dní odo dňa doručenia prostredníctvom podpísaného súdu na Najvyšší súd SR písomne v dvoch vyhotoveniach. Odvolaniu podanému proti rozhodnutiu, ktoré vydal súdny úradník, môže v celom rozsahu vyhovieť sudca, ktorého rozhodnutie sa považuje za rozhodnutie súdu prvého stupňa; ak sudca odvolaniu nevyhovie, predloží vec na rozhodnutie odvolaciemu súdu. V odvolaní sa má popri všeobecných náležitostiach (§ 42 ods. 3 O.s.p.)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https://www.kauzis.sk/judikatura/r/ECLI:SK:KSBA:2014:1012211135.2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