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5S/2611/2012 z 16. 6. 2014</w:t>
      </w:r>
    </w:p>
    <w:p>
      <w:r>
        <w:t>Uznesenie Krajského súdu Bratislava z 16. júna 2014, sp. zn. 5S/2611/2012, ECLI:SK:KSBA:2014:1012211179.2</w:t>
      </w:r>
    </w:p>
    <w:p>
      <w:r>
        <w:t>Súd: Krajský súd Bratislava</w:t>
      </w:r>
    </w:p>
    <w:p>
      <w:r>
        <w:t>Spisová značka: 5S/2611/2012</w:t>
      </w:r>
    </w:p>
    <w:p>
      <w:r>
        <w:t>ECLI: ECLI:SK:KSBA:2014:1012211179.2</w:t>
      </w:r>
    </w:p>
    <w:p>
      <w:r>
        <w:t>Dátum vydania: 16. 6. 2014</w:t>
      </w:r>
    </w:p>
    <w:p>
      <w:r>
        <w:t>Forma: Uznesenie</w:t>
      </w:r>
    </w:p>
    <w:p>
      <w:pPr>
        <w:pStyle w:val="Heading2"/>
      </w:pPr>
      <w:r>
        <w:t>Text rozhodnutia</w:t>
      </w:r>
    </w:p>
    <w:p>
      <w:r>
        <w:t>Súd: Krajský súd Bratislava Spisová značka: 5S/2611/2012 Identifikačné číslo súdneho spisu: 1012211179 Dátum vydania rozhodnutia: 17. 06. 2014 Meno a priezvisko sudcu, VSÚ: JUDr. Viera Šebestová ECLI: ECLI:SK:KSBA:2014:1012211179.2 Uznesenie Krajský súd v Bratislave v právnej veci žalobcu: V. B., I. XX, XXX XX O., proti žalovanému: Ministerstvo pôdohospodárstva a rozvoja vidieka Slovenskej republiky, Dobrovičova 12, 812 66 Bratislava, o preskúmanie zákonnosti rozhodnutia žalovaného č. 1907/2012-720 zo dňa 16.07.2012, takto r o z h o d o l : Krajský súd v Bratislave konanie z a s t a v u j e. Žiaden z účastníkov nemá právo na náhradu trov konania. o d ô v o d n e n i e : Dňa 12.12.2012 bolo tunajšiemu súdu doručené podanie žalobcu, ktorým sa domáhal preskúmania zákonnosti rozhodnutia žalovaného č. 1907/2012-720 zo dňa 16.07.2012 vo veci odvolania sa Slovenského poľovníckeho zväzu - ústredie proti rozhodnutiu Krajského lesného úradu Košice č. s.: A/2011/00533; A/2012/00026-2 zo dňa 29.02.2012. Žaloba zo dňa 12.12.2012 neobsahovalo vyjadrenie v akom rozsahu sa rozhodnutie a postup správneho orgánu napáda a správne znenie konečného návrhu (petitu), ktorý žalobca robí, t.j. čoho sa domáha, s presným označením preskúmavaného rozhodnutia. Tieto náležitosti musí žaloba s poukazom na citované ustanovenie § 249 ods. 2 O.s.p. v správnom konaní obsahovať, preto súd vyzval žalobcu na doplnenie návrhu v lehote do 30 dní uznesením č.k. 5S/2611/2012-49 zo dňa 09.07.2013, doručeným žalobcovi dňa 26.07.2013. Zároveň ho súd uvedeným uznesením vyzval, aby v rovnakej lehote doplnil originál plnomocenstva udeleného advokátovi na zastupovanie žalobcu v konaní. Žalobca bol poučený o právnych následkoch nedoplnenia žaloby, resp. plnomocenstva pre advokáta. Podaním doručeným tunajšiemu súdu dňa 27.08.2013 žalobca doplnil vyjadrenie v akom rozsahu rozhodnutie a postup správneho orgánu napáda a správne znenie konečného návrhu (petitu).Tunajšiemu súdu zároveň oznámil, že sa obrátil na Centrum právnej pomoci so žiadosťou o ustanovenie právneho zástupcu s tým, že rozhodnutie doloží do spisu. Do dnešného dňa však žalobca rozhodnutie Centra právnej pomoci tunajšiemu súdu nedoručil, a to ani na výzvu č.k. 5S/2611/2012 zo dňa 18.03.2014, doručenú žalobcovi dňa 09.05.2014. V nadväznosti na uvedené potom kontaktoval tunajší súd Centrum právnej pomoci kancelária Žilina ktoré, ako vyplýva z e-mailu zo dňa 24.06.2014, žiadnu žiadosť žalobcu o poskytnutie právnej pomoci neeviduje. Podľa ust. § 250 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Súd vo veci skúmal najskôr podmienky konania, keď pre konanie podľa ustanovení druhej hlavy piatej časti Občianskeho súdneho poriadku je potrebné splnenie podmienky právneho zastúpenia navrhovateľa podľa § 250a O.s.p. Táto povinnosť vyplýva z charakteru správneho súdnictva, kedy konanie pred súdom zahŕňa predovšetkým právne posúdenie prejednávanej veci, a teda právne zastúpenie žalobcu, ktorý sám nezískal vysokoškolské vzdelanie právnického smeru druhého stupňa, je potrebné pre účinnú ochranu práv a oprávnených záujmov žalobcu. Vzhľadom na to, že žalobca plnú moc pre advokáta spolu so žalobou nepredložil, vyzval ho tunajší súd uznesením na predloženie plnomocenstva v lehote do 30 dní. Žalobca bol o následkoch nedoplnenia plnej moci poučený, pričom napriek svojmu tvrdeniu, že požiadal o ustanovenie právneho zástupcu Centrum právnej pomoci, nielenže nepredložil rozhodnutie Centra, ale svoje tvrdenie ani inak neosvedčil. Potom, aj v nadväznosti na vyjadrenie Centra právnej pomoci Kancelária Žilina, má tunajší súd za to, že žalobca svoju povinnosť byť zastúpený podľa § 250a O.s.p. nesplnil, a preto súd konanie postupom podľa ust. § 250d O.s.p. zastavil. O náhrade trov konania súd rozhodol podľa § 146 ods. 1 písm. c) O.s.p. s použitím ustanovenia § 246c O.s.p. tak, že žiaden z účastníkov nemá právo na náhradu trov konania, nakoľko konanie vo veci bolo zastavené. Toto rozhodnutie senát Krajského súdu v Bratislave prijal pomerom hlasov 3:0.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https://www.kauzis.sk/judikatura/r/ECLI:SK:KSBA:2014:1012211179.2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