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8Sd/106/2012 z 31. 3. 2014</w:t>
      </w:r>
    </w:p>
    <w:p>
      <w:r>
        <w:t>Uznesenie Krajského súdu Bratislava z 31. marca 2014, sp. zn. 8Sd/106/2012, ECLI:SK:KSBA:2014:1012211206.1</w:t>
      </w:r>
    </w:p>
    <w:p>
      <w:r>
        <w:t>Súd: Krajský súd Bratislava</w:t>
      </w:r>
    </w:p>
    <w:p>
      <w:r>
        <w:t>Spisová značka: 8Sd/106/2012</w:t>
      </w:r>
    </w:p>
    <w:p>
      <w:r>
        <w:t>ECLI: ECLI:SK:KSBA:2014:1012211206.1</w:t>
      </w:r>
    </w:p>
    <w:p>
      <w:r>
        <w:t>Dátum vydania: 31.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8Sd/106/2012 Identifikačné číslo súdneho spisu: 1012211206 Dátum vydania rozhodnutia: 01. 04. 2014 Meno a priezvisko sudcu, VSÚ: JUDr. Peter Pospech ECLI: ECLI:SK:KSBA:2014:1012211206.1 Uznesenie Krajský súd v Bratislave v právnej veci navrhovateľky: M.. V. K., P. Č. XXXXXX/XXXX, K. G. X, XXX XX K.,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7.10.2012 žiadala preskúmať rozhodnutie odporkyne číslo XXX XXX XXXX X zo dňa 5.9.2012, ktorým odporkyňa zamietla žiadosť navrhovateľky o invalidný dôchodok. Písomným prehlásením zo dňa 10.3.2014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https://www.kauzis.sk/judikatura/r/ECLI:SK:KSBA:2014:1012211206.1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