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5S/2616/2012 z 13. 10. 2014</w:t>
      </w:r>
    </w:p>
    <w:p>
      <w:r>
        <w:t>Uznesenie Krajského súdu Bratislava z 13. októbra 2014, sp. zn. 5S/2616/2012, ECLI:SK:KSBA:2014:1012211224.1</w:t>
      </w:r>
    </w:p>
    <w:p>
      <w:r>
        <w:t>Súd: Krajský súd Bratislava</w:t>
      </w:r>
    </w:p>
    <w:p>
      <w:r>
        <w:t>Spisová značka: 5S/2616/2012</w:t>
      </w:r>
    </w:p>
    <w:p>
      <w:r>
        <w:t>ECLI: ECLI:SK:KSBA:2014:1012211224.1</w:t>
      </w:r>
    </w:p>
    <w:p>
      <w:r>
        <w:t>Dátum vydania: 13. 10. 2014</w:t>
      </w:r>
    </w:p>
    <w:p>
      <w:r>
        <w:t>Forma: Uznesenie</w:t>
      </w:r>
    </w:p>
    <w:p>
      <w:pPr>
        <w:pStyle w:val="Heading2"/>
      </w:pPr>
      <w:r>
        <w:t>Text rozhodnutia</w:t>
      </w:r>
    </w:p>
    <w:p>
      <w:r>
        <w:t>Súd: Krajský súd Bratislava Spisová značka: 5S/2616/2012 Identifikačné číslo súdneho spisu: 1012211224 Dátum vydania rozhodnutia: 14. 10. 2014 Meno a priezvisko sudcu, VSÚ: JUDr. Dáša Filová ECLI: ECLI:SK:KSBA:2014:1012211224.1 Uznesenie Krajský súd v Bratislave v právnej veci žalobcu: E.V.I.A.N spol. s r.o., Slávičie údolie 43, 811 03 Bratislava, IČO: 36 847 429, zastúpený: Mgr. Milan Kantuľák, advokát, Na Pažiti 19, 831 01 Bratislava, proti žalovanému: Finančné riaditeľstvo Slovenskej republiky, Lazovná č. 63, 974 01 Banská Bystrica, o preskúmanie zákonnosti rozhodnutia žalovaného č. 1020502/1/1060925/2012/5060-r zo dňa 3.10.2012, takto r o z h o d o l : Krajský súd v Bratislave konanie z a s t a v u j e . Žiaden z účastníkov nemá právo na náhradu trov konania. o d ô v o d n e n i e : Žalobou zo dňa 18.12.2012 sa žalobca domáhal preskúmania zákonnosti rozhodnutia žalovaného č. 1020502/1/1060925/2012/5060-r zo dňa 3.10.2012, ktorým žalovaný potvrdil dodatočný platobný výmer Daňového úradu Bratislava č. 9102402/1/238732/12/Mate zo dňa 23.2.2012, ktorým správca dane nepriznal nadmerný odpočet dane z pridanej hodnoty za zdaňovacie obdobie november 2010 v sume XX XXX,XX eur a žalobcovi určil vlastnú daňovú povinnosť v sume XX XXX,XX eur. Keďže žalobca spolu so žalobou nezaplatil poplatok za podanie žaloby v sume 70,- eur, súd ho pod následkom zastavenia konania vyzval na zaplatenie súdneho poplatku v lehote do 10 dní výzvou č.k. 5S/2616/2012-40 zo dňa 5.9.2014.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https://www.kauzis.sk/judikatura/r/ECLI:SK:KSBA:2014:1012211224.1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