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8Sd/110/2012 z 7. 7. 2014</w:t>
      </w:r>
    </w:p>
    <w:p>
      <w:r>
        <w:t>Uznesenie Krajského súdu Bratislava z 7. júla 2014, sp. zn. 8Sd/110/2012, ECLI:SK:KSBA:2014:1012211241.4</w:t>
      </w:r>
    </w:p>
    <w:p>
      <w:r>
        <w:t>Súd: Krajský súd Bratislava</w:t>
      </w:r>
    </w:p>
    <w:p>
      <w:r>
        <w:t>Spisová značka: 8Sd/110/2012</w:t>
      </w:r>
    </w:p>
    <w:p>
      <w:r>
        <w:t>ECLI: ECLI:SK:KSBA:2014:1012211241.4</w:t>
      </w:r>
    </w:p>
    <w:p>
      <w:r>
        <w:t>Dátum vydania: 7.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8Sd/110/2012 Identifikačné číslo súdneho spisu: 1012211241 Dátum vydania rozhodnutia: 08. 07. 2014 Meno a priezvisko sudcu, VSÚ: JUDr. Peter Pospech ECLI: ECLI:SK:KSBA:2014:1012211241.4 Uznesenie Krajský súd v Bratislave v právnej veci navrhovateľa: N. Q., W.. XX.X.XXXX, F. C. XXX, XXX XX A.,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5.10.2012 žiadal preskúmať rozhodnutie odporkyne číslo XXX XXX XXXX zo dňa 13.9.2012, ktorým odporkyňa zamietla žiadosť navrhovateľa o invalidný dôchodok. Písomným prehlásením došlým súdu dňa 7.7.2014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https://www.kauzis.sk/judikatura/r/ECLI:SK:KSBA:2014:1012211241.4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