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8Sd/111/2012 z 7. 7. 2014</w:t>
      </w:r>
    </w:p>
    <w:p>
      <w:r>
        <w:t>Uznesenie Krajského súdu Bratislava z 7. júla 2014, sp. zn. 8Sd/111/2012, ECLI:SK:KSBA:2014:1012211244.2</w:t>
      </w:r>
    </w:p>
    <w:p>
      <w:r>
        <w:t>Súd: Krajský súd Bratislava</w:t>
      </w:r>
    </w:p>
    <w:p>
      <w:r>
        <w:t>Spisová značka: 8Sd/111/2012</w:t>
      </w:r>
    </w:p>
    <w:p>
      <w:r>
        <w:t>ECLI: ECLI:SK:KSBA:2014:1012211244.2</w:t>
      </w:r>
    </w:p>
    <w:p>
      <w:r>
        <w:t>Dátum vydania: 7.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8Sd/111/2012 Identifikačné číslo súdneho spisu: 1012211244 Dátum vydania rozhodnutia: 08. 07. 2014 Meno a priezvisko sudcu, VSÚ: JUDr. Peter Pospech ECLI: ECLI:SK:KSBA:2014:1012211244.2 Uznesenie Krajský súd v Bratislave v právnej veci navrhovateľky: U. Q., O. K.. X. Q. X, XXX XX O., proti odporcovi: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došlým odporcovi dňa 24.9.2012 žiadala preskúmať rozhodnutie odporkyne číslo XXX XXX XXXX zo dňa 21.8.2012, ktorým odporkyňa priznala navrhovateľke starobný dôchodok v sume 102,60 eur mesačne. Písomným prehlásením došlým súdu dňa 30.6.2014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https://www.kauzis.sk/judikatura/r/ECLI:SK:KSBA:2014:1012211244.2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