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1S/23/2013 z 29. 4. 2014</w:t>
      </w:r>
    </w:p>
    <w:p>
      <w:r>
        <w:t>Uznesenie Krajského súdu Bratislava z 29. apríla 2014, sp. zn. 1S/23/2013, ECLI:SK:KSBA:2014:1013200101.2</w:t>
      </w:r>
    </w:p>
    <w:p>
      <w:r>
        <w:t>Súd: Krajský súd Bratislava</w:t>
      </w:r>
    </w:p>
    <w:p>
      <w:r>
        <w:t>Spisová značka: 1S/23/2013</w:t>
      </w:r>
    </w:p>
    <w:p>
      <w:r>
        <w:t>ECLI: ECLI:SK:KSBA:2014:1013200101.2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1S/23/2013 Identifikačné číslo súdneho spisu: 1013200101 Dátum vydania rozhodnutia: 30. 04. 2014 Meno a priezvisko sudcu, VSÚ: JUDr. Nora Halmová ECLI: ECLI:SK:KSBA:2014:1013200101.2 Uznesenie Krajský súd v Bratislave v právnej veci žalobcu: N. Z., G. XX, XXX XX S., zastúpený: Mgr. Mária Milková, advokát, Kuzmányho 11, 900 01 Modra proti žalovanému: Okresný úrad Bratislava, Odbor výstavby a bytovej politiky, Lamačská cesta 8, 845 14 Bratislava o preskúmanie zákonnosti rozhodnutia č. A/2012/2089/KIZ zo dňa 29.11.2012, takto r o z h o d o l : Súd konanie z a s t a v u j e . Žiaden z účastníkov nemá právo na náhradu trov konania. o d ô v o d n e n i e : Žalobou podanou na Krajskom súde v Bratislave dňa 15.01.2013 sa žalobca domáhal preskúmania zákonnosti rozhodnutia žalovaného č. A/2012/2089/KIZ zo dňa 29.11.2012, ktorým bolo v odvolacom konaní zmenené rozhodnutie stavebného úradu Obce Šenkvice č. Výst.41/673-UR/2012-Ký zo dňa 03.04.2012 o umiestnení stavby ,,Inžinierske siete a komunikácia pre IBV Kozare 1“, pre navrhovateľa Občianske združenie Kozare 1, Chorvátska 1503/162A, 900 81 Šenkvice. Pred rozhodnutím vo veci samej žalobca svojím podaním doručeným súdu dňa 28.04.2014 oznámil, že berie svoju žalobu v celom rozsahu späť a žiadal súd, aby o trovách konania rozhodol v zmysle § 146 ods. 1 O.s.p..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prijal senát Krajského súdu v Bratislave v pomere hlasov 3:0(podľa § 3 ods. 9 zákona č. 757/2004 Z.z. o súdoch a o zmene a doplnení niektorých zákonov v znení účinnom ku dňu 1.5.2011)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https://www.kauzis.sk/judikatura/r/ECLI:SK:KSBA:2014:1013200101.2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