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8Sd/9/2013 z 15. 10. 2014</w:t>
      </w:r>
    </w:p>
    <w:p>
      <w:r>
        <w:t>Uznesenie Krajského súdu Bratislava z 15. októbra 2014, sp. zn. 8Sd/9/2013, ECLI:SK:KSBA:2014:1013200127.2</w:t>
      </w:r>
    </w:p>
    <w:p>
      <w:r>
        <w:t>Súd: Krajský súd Bratislava</w:t>
      </w:r>
    </w:p>
    <w:p>
      <w:r>
        <w:t>Spisová značka: 8Sd/9/2013</w:t>
      </w:r>
    </w:p>
    <w:p>
      <w:r>
        <w:t>ECLI: ECLI:SK:KSBA:2014:1013200127.2</w:t>
      </w:r>
    </w:p>
    <w:p>
      <w:r>
        <w:t>Dátum vydania: 15. 10.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8Sd/9/2013 Identifikačné číslo súdneho spisu: 1013200127 Dátum vydania rozhodnutia: 16. 10. 2014 Meno a priezvisko sudcu, VSÚ: JUDr. Peter Pospech ECLI: ECLI:SK:KSBA:2014:1013200127.2 Uznesenie Krajský súd v Bratislave v právnej veci navrhovateľky: L. Š., F.. XX.XX.XXXX, T. H. X, XXX XX T., proti odporkyni: Sociálna poisťovňa - ústredie, Ul. 29. augusta č. 8, 813 63 Bratislava, o invalidný dôchodok, takto r o z h o d o l : Súd konanie z a s t a v u j e . Žiaden z účastníkov nemá právo na náhradu trov konania. o d ô v o d n e n i e : Navrhovateľka svojím návrhom zo dňa 02.10.2012 žiadala preskúmať rozhodnutie odporkyne číslo XXX XXX XXXX X zo dňa 27.08.2012, ktorým jej bola zamietnutá žiadosť o invalidný dôchodok. Písomným podaním zo dňa 16.09.2014 navrhovateľka vzala späť návrh v celom rozsahu. Odporkyňa podaním zo dňa 29.09.2014 oznámila, že nemá námietky proti späťvzatiu návrhu na preskúmanie rozhodnutia.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https://www.kauzis.sk/judikatura/r/ECLI:SK:KSBA:2014:1013200127.2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