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5Sp/9/2013 z 27. 1. 2014</w:t>
      </w:r>
    </w:p>
    <w:p>
      <w:r>
        <w:t>Opravné uznesenie Krajského súdu Bratislava z 27. januára 2014, sp. zn. 5Sp/9/2013, ECLI:SK:KSBA:2014:1013200151.2</w:t>
      </w:r>
    </w:p>
    <w:p>
      <w:r>
        <w:t>Súd: Krajský súd Bratislava</w:t>
      </w:r>
    </w:p>
    <w:p>
      <w:r>
        <w:t>Spisová značka: 5Sp/9/2013</w:t>
      </w:r>
    </w:p>
    <w:p>
      <w:r>
        <w:t>ECLI: ECLI:SK:KSBA:2014:1013200151.2</w:t>
      </w:r>
    </w:p>
    <w:p>
      <w:r>
        <w:t>Dátum vydania: 27. 1. 2014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5Sp/9/2013 Identifikačné číslo súdneho spisu: 1013200151 Dátum vydania rozhodnutia: 28. 01. 2014 Meno a priezvisko sudcu, VSÚ: JUDr. Peter Pospech ECLI: ECLI:SK:KSBA:2014:1013200151.2 Opravné uznesenie Krajský súd v Bratislave pred samosudcom JUDr. Petrom Pospechom v právnej veci navrhovateľky: I. P., G. E. K. Č.. XXX, XXX XX O. N., proti odporcovi: Centrum právnej pomoci, kancelária Bratislava, Nám. slobody č. 12, P.O.BOX 18, 810 05 Bratislava, právne zast. Mgr. Annou Girgaschovou, o preskúmanie napadnutého rozhodnutia č. XN XXXX/XX zo dňa 27.12.2012, o oprave chyby, takto r o z h o d o l : Súd opravuje v rozhodnutí tunajšieho súdu pod sp.zn. XSp X/XXXX - XX zo dňa 28.1.2014 výrokovú časť tak, že správne má znieť takto: „Súd napadnuté rozhodnutie odporcu sp.zn. XN XXXX/XX zo dňa 27.12.2012 p o t v r d z u j e podľa § 250q ods. 2 O.s.p. Navrhovateľke súd náhradu trov konania nepriznáva. Navrhovateľka je povinná zaplatiť na účet tunajšieho súdu súdny poplatok v sume 35,- Eur a to do 3 dní od právoplatnosti rozhodnutia.“ o d ô v o d n e n i e : Vo výrokovej časti rozhodnutia Krajského súdu v Bratislave pod sp.zn. XSp X/XXXX - XX došlo k zrejmej nesprávnosti v neúplnosti výrokovej časti rozhodnutia tunajšieho súdu, v časti povinnosti zaplatiť súdny poplatok. Podľa § 164 O.s.p., súd kedykoľvek, aj bez návrhu opraví v rozsudku chyby v písaní a počítaní ako aj iné zrejmé nesprávnosti. O návrhu na opravu súd rozhodne do 30 dní od jeho podania. O oprave vydá opravné uznesenie, ktoré doručí účastníkom. Pritom môže odložiť vykonateľnosť rozsudku na čas kým opravné uznesenie nenadobudne právoplatnosť. Vzhľadom na zrejmú nesprávnosť vo výrokovej časti rozhodnutia pod sp.zn. XSp X/XXXX - XX, v časti zaplatenia súdneho poplatku súd opravil túto zrejmú nesprávnosť, tak ako je uvedené vo výrokovej časti tohto uznesenia postupom podľa § 164 O.s.p. Poučenie: Proti tomuto uzneseniu je možné podať odvolanie do 15 dní od jeho doručenia na Krajskom súde v Bratislave, písomne, dvojmo.</w:t>
      </w:r>
    </w:p>
    <w:p/>
    <w:p>
      <w:r>
        <w:t>Zdroj: KAUZIS.SK – https://www.kauzis.sk/judikatura/r/ECLI:SK:KSBA:2014:1013200151.2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