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2Cbi/3/2013 z 12. 5. 2014</w:t>
      </w:r>
    </w:p>
    <w:p>
      <w:r>
        <w:t>Uznesenie Krajského súdu Bratislava z 12. mája 2014, sp. zn. 2Cbi/3/2013, ECLI:SK:KSBA:2014:1013200182.2</w:t>
      </w:r>
    </w:p>
    <w:p>
      <w:r>
        <w:t>Súd: Krajský súd Bratislava</w:t>
      </w:r>
    </w:p>
    <w:p>
      <w:r>
        <w:t>Spisová značka: 2Cbi/3/2013</w:t>
      </w:r>
    </w:p>
    <w:p>
      <w:r>
        <w:t>ECLI: ECLI:SK:KSBA:2014:1013200182.2</w:t>
      </w:r>
    </w:p>
    <w:p>
      <w:r>
        <w:t>Dátum vydania: 12. 5.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2Cbi/3/2013 Identifikačné číslo súdneho spisu: 1013200182 Dátum vydania rozhodnutia: 13. 05. 2014 Meno a priezvisko sudcu, VSÚ: Mgr. Štefan Zelenák ECLI: ECLI:SK:KSBA:2014:1013200182.2 Uznesenie Krajský súd v Bratislave, v právnej veci žalobcu: Slovenská republika - Krajský súd v Bratislave, Justičná pokladnica, Záhradnícka 10, Bratislava, IČO: 215 759, proti žalovanému: JUDr. Katarína Cibulková, Winterova 28, Piešťany, správca konkurznej podstaty úpadcu: MANAZ, spol. s r.o., časť Veľký Dvor č. 12, Želiezovce, IČO: 34 124 756, o určenie pravosti, výšky a poradia pohľadávky v sume 2.489,52 EUR, takto r o z h o d o l : Súd konanie z a s t a v u j e . Žalobcovi sa náhrada trov konania nepriznáva. o d ô v o d n e n i e : Žalobou zo dňa 01.02.2013 žalobca žiadal súd, aby určil pravosť, výšku a poradie popretej pohľadávky v sume 2.489,52 EUR. Písomným podaním zo dňa 7.5.2014 zobral žalobca späť žalobu v celosti z dôvodu úhrady predmetnej pohľadávky zo strany žalovaného. Podľa § 96 ods. 1, 3 OSP môže žalobca zobrať späť žalobu, a to sčasti alebo celkom. Ak je žaloba vzatá späť celkom, súd konanie zastaví. Nesúhlas žalovaného so späťvzatím nie je účinný, ak dôjde k späťvzatiu skôr, než sa začalo pojednávanie. Vzhľadom k tomu, že návrh bol vzatý v celom rozsahu späť, súd v zmysle § 96 ods. 1,3 OSP konanie zastavil. O náhrade trov konania súd rozhodol podľa § 146 ods. 2 OSP tak, že žalobcovi ich náhradu nepriznal, pretože mu v konaní žiadne trovy nevznikli. Poučenie: Proti tomuto uzneseniu možno podať odvolanie do 15 dní odo dňa jeho doručenia na Najvyšší súd SR, cestou podpísaného súdu, písomne, trojmo.</w:t>
      </w:r>
    </w:p>
    <w:p/>
    <w:p>
      <w:r>
        <w:t>Zdroj: KAUZIS.SK – https://www.kauzis.sk/judikatura/r/ECLI:SK:KSBA:2014:1013200182.2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