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8Sd/22/2013 z 1. 12. 2014</w:t>
      </w:r>
    </w:p>
    <w:p>
      <w:r>
        <w:t>Rozsudok Krajského súdu Bratislava z 1. decembra 2014, sp. zn. 8Sd/22/2013, ECLI:SK:KSBA:2014:1013200206.4</w:t>
      </w:r>
    </w:p>
    <w:p>
      <w:r>
        <w:t>Súd: Krajský súd Bratislava</w:t>
      </w:r>
    </w:p>
    <w:p>
      <w:r>
        <w:t>Spisová značka: 8Sd/22/2013</w:t>
      </w:r>
    </w:p>
    <w:p>
      <w:r>
        <w:t>ECLI: ECLI:SK:KSBA:2014:1013200206.4</w:t>
      </w:r>
    </w:p>
    <w:p>
      <w:r>
        <w:t>Dátum vydania: 1. 12.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8Sd/22/2013 Identifikačné číslo súdneho spisu: 1013200206 Dátum vydania rozhodnutia: 02. 12. 2014 Meno a priezvisko sudcu, VSÚ: JUDr. Peter Pospech ECLI: ECLI:SK:KSBA:2014:1013200206.4 ROZSUDOK V MENE SLOVENSKEJ REPUBLIKY Krajský súd v Bratislave pred samosudcom JUDr. Petrom Pospechom, v právnej veci navrhovateľa: C. C., F. F. XX, XXX XX F., A.. E. C., proti odporcovi: Sociálna poisťovňa - ústredie, so sídlom Ul. 29. augusta 8, 813 63 Bratislava, zast. Mgr. Zuzanou Majerskou, v spore o invalidný dôchodok, takto r o z h o d o l : Súd napadnuté rozhodnutie odporcu č. XXX XXX XXXX zo dňa 14.11.2012 ako aj nové rozhodnutie č. XXX XXX XXXX X zo dňa 18.12.2012 p o t v r d z u j e podľa § 250q ods. 2 O.s.p. Navrhovateľovi súd náhradu trov konania nepriznáva. o d ô v o d n e n i e : Napadnutým rozhodnutím č. XXX XXX XXXX zo dňa 14.11.2012 bola navrhovateľovi podľa ustanovenia § 70 ods. 1 zákona o sociálnom poistení v znení neskorších predpisov zamietnutá žiadosť o invalidný dôchodok zo dňa 4.10.2012 z dôvodu, že nezískal potrebný počet rokov dôchodkového poistenia na vznik nároku na invalidný dôchodok podľa ustanovenia § 72 ods. 1 písm. f/ zákona v znení neskorších predpisov. Navrhovateľ podal v zákonom stanovenej lehote proti tomuto rozhodnutiu odvolanie v ktorom namietal nepriznanie invalidného dôchodku. K predmetu sporu sa odporca písomne vyjadril písomným podaním zo dňa 22.2.2013 v ktorom uviedol, že z obsahu evidenčného a spisového materiálu vyplýva, že navrhovateľ pred vznikom invalidity t.j. pred 12. aprílom 2011 získal celkove 9 rokov a 6 dní dôchodkového poistenia, čím nesplnil zákonom stanovenú dobu poistenia na vznik nároku na invalidný dôchodok a preto bola jeho žiadosť o invalidný dôchodok správne zamietnutá. Krajský súd v Bratislave ako súd vecne a miestne príslušný na konanie podľa tretej hlavy piatej časti O.s.p. preskúmal napadnuté rozhodnutie odporcu v rozsahu dôvodov, ktoré uviedol navrhovateľ vo svojom opravnom prostriedku podľa § 244 O.s.p. a po preskúmaní napadnutého rozhodnutia súd dospel k záveru, že opravný prostriedok navrhovateľa nie je dôvodný. Z obsahu spisového materiálu súd zistil nasledovný skutkový a právny stav. Navrhovateľ žiadosťou, spísanou dňa 4.10.2012 požiadal Sociálnu poisťovňu o priznanie invalidného dôchodku, ktorý žiadal priznať od 12.4.2011. Podľa posudku posudkového lekára sociálneho poistenia Sociálnej poisťovne, pobočky Bratislava zo dňa 4.10.2012, ktorý bol vypracovaný na základe podanej žiadosti navrhovateľa o invalidný dôchodok je navrhovateľ od 12.4.1911 invalidný podľa ustanovenia § 71 ods. 1 zákona o sociálnom poistení s mierou poklesu schopnosti vykonávať zárobkovú činnosť 45 % v porovnaní so zdravou fyzickou osobou. Na základe podaného opravného prostriedku bol zdravotný stav navrhovateľa opätovne posúdený posudkovým lekárom sociálneho poistenia Sociálnej poisťovne, pobočky Bratislava dňa 11.12.2012 a posudkovým lekárom sociálneho poistenia Sociálnej poisťovne - ústredie dňa 12.2.2013. Obaja posudkoví lekári sociálneho poistenia zotrvali na pôvodnom posudku, že navrhovateľ je od 12. apríla 2011 invalidný podľa ustanovenia § 71 ods. 1 zákona s mierou poklesu schopnosti vykonávať zárobkovú činnosť 45 % v porovnaní so zdravou fyzickou osobou. Podľa ustanovenia § 70 ods. 1 zákona o sociálnom poistení v znení neskorších predpisov, poistenec má nárok na invalidný dôchodok, ak sa stal invalidným, získal počet rokov dôchodkového poistenia, uvedený v § 72 zákona o sociálnom poistení a ku dňu vzniku invalidity nedovŕšil dôchodkový vek alebo mu nebol priznaný predčasný starobný dôchodok. Navrhovateľ medicínsku podmienku splnil. Podľa ustanovenia § 72 ods. 1 písm. f/ zákona o sociálnom poistení v znení neskorších predpisov počet rokov dôchodkového poistenia na vznik nároku na starobný dôchodok poistenca vo veku nad 40 rokov do 45 rokov je najmenej 10 rokov. Podľa ustanovenia § 72 ods. 2 zákona č. 461/2003 Z.z. v znení zákona č. 449/2008 Z.z., počet rokov dôchodkového poistenia na vznik nároku na invalidný dôchodok sa zisťuje z obdobia pred vznikom invalidity. Navrhovateľ ku dňu vzniku invalidity t.j. ku dňu 12.4.2011 dosiahol vek 43 rokov a preto splnenie zákonom stanovenej podmienky je 10 rokov. Z obsahu spisového materiálu je zrejmé, že navrhovateľ pred vznikom invalidity t.j. pred 12. aprílom 2011 získal celkom 3291 sní t.j. 9 rokov a 6 dní dôchodkového poistenia. Z toho je zrejmé, že navrhovateľ síce splnil medicínsku podmienku pre vznik nároku na invalidný dôchodok, nesplnil však zákonom stanovenú podmienku 10 rokov podľa § 72 ods. 2 zákona o sociálnom poistení. V predmetnej veci bolo vydané aj nové rozhodnutie č. XXX XXX XXXX X zo dňa 18.12.2012, ktorým bola navrhovateľovi zamietnutá žiadosť o invalidný dôchodok. Predmetné rozhodnutie bolo vydané po správnom vykázaní obdobia dôchodkového poistenia a počtu odpracovaných dní v rokoch 1988 a 1989. Právna zástupkyňa odporcu žiadala obe rozhodnutia potvrdiť ako vecne správne a vydané v súlade so zákonom. Po preskúmaní oboch rozhodnutí konajúci súd dospel k záveru, že obe rozhodnutia sú správne a boli vydané v súlade so zákonom, nakoľko navrhovateľ nesplnil podmienku uvedenú v § 72 ods. 2 zákona o sociálnom poistení t.j. 10 rokov dôchodkového poistenia vo vekovej skupine nad 40 rokov do 45 rokov. Navrhovateľ v čase vzniku invalidity dňa 12.4.2011 dovŕšil vek 43 rokov a získal len 9 rokov a 6 dní rokov dôchodkového poistenia. Vzhľadom k tomu súd obe rozhodnutia uvedené vo výrokovej časti tohto rozhodnutia potvrdil podľa § 250q ods. 2 O.s.p. Navrhovateľ si trovy konania neuplatnil a preto súd rozhodol, že navrhovateľovi trovy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https://www.kauzis.sk/judikatura/r/ECLI:SK:KSBA:2014:1013200206.4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