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5Sd/24/2013 z 4. 2. 2014</w:t>
      </w:r>
    </w:p>
    <w:p>
      <w:r>
        <w:t>Rozsudok Krajského súdu Bratislava z 4. februára 2014, sp. zn. 5Sd/24/2013, ECLI:SK:KSBA:2014:1013200237.1</w:t>
      </w:r>
    </w:p>
    <w:p>
      <w:r>
        <w:t>Súd: Krajský súd Bratislava</w:t>
      </w:r>
    </w:p>
    <w:p>
      <w:r>
        <w:t>Spisová značka: 5Sd/24/2013</w:t>
      </w:r>
    </w:p>
    <w:p>
      <w:r>
        <w:t>ECLI: ECLI:SK:KSBA:2014:1013200237.1</w:t>
      </w:r>
    </w:p>
    <w:p>
      <w:r>
        <w:t>Dátum vydania: 4. 2. 2014</w:t>
      </w:r>
    </w:p>
    <w:p>
      <w:r>
        <w:t>Forma: Rozsudok</w:t>
      </w:r>
    </w:p>
    <w:p>
      <w:r>
        <w:t>Oblasť práva: Správne právo</w:t>
      </w:r>
    </w:p>
    <w:p>
      <w:pPr>
        <w:pStyle w:val="Heading2"/>
      </w:pPr>
      <w:r>
        <w:t>Text rozhodnutia</w:t>
      </w:r>
    </w:p>
    <w:p>
      <w:r>
        <w:t>Súd: Krajský súd Bratislava Spisová značka: 5Sd/24/2013 Identifikačné číslo súdneho spisu: 1013200237 Dátum vydania rozhodnutia: 05. 02. 2014 Meno a priezvisko sudcu, VSÚ: JUDr. Milota Tóthová ECLI: ECLI:SK:KSBA:2014:1013200237.1 ROZSUDOK V MENE SLOVENSKEJ REPUBLIKY Krajský súd v Bratislave samosudkyňou JUDr. Milotou Tóthovou v právnej veci navrhovateľky Z. Š., bytom Y. XXXX/XX, I., proti odporkyni Sociálnej poisťovni ústredie v Bratislave, Ul. 29. augusta č. 8, Bratislava, o invalidný dôchodok, takto r o z h o d o l : Súd rozhodnutie odporkyne číslo XXX XXX XXXX X zo dňa 28. septembra 2012 p o t v r d z u j e . Účastníkom náhradu trov konania nepriznáva. o d ô v o d n e n i e : Rozhodnutím číslo XXX XXX XXXX X zo dňa 28. septembra 2012 odporkyňa podľa § 70 a § 71 zákona č. 461/2003 Z.z. o sociálnom poistení v znení neskorších predpisov zamietla žiadosť navrhovateľky o invalidný dôchodok zo dňa 17. septembra 2012. Rozhodla tak s odôvodnením, že podľa posudku posudkového lekára Sociálnej poisťovne, pobočky Bratislava zo dňa 17. septembra 2012 navrhovateľka nie je invalidná podľa § 71 ods. 1 zákona č. 461/2003 Z.z. Miera poklesu schopnosti vykonávať zárobkovú činnosť u navrhovateľky je 20%. Navrhovateľka návrhom zo dňa 18.10.2012 žiadala preskúmať toto rozhodnutie odporkyne bez uvedenia konkrétnych námietok. Krajský súd preskúmal napadnuté rozhodnutie podľa § 250l a nasl. O.s.p., prejednal návrh navrhovateľky a dospel k záveru, že návrh nie je dôvodný. Krajský súd vykonal dokazovanie výsluchom odporkyne, posudkom posudkového lekára Sociálnej poisťovne pobočka Bratislava zo dňa 17.9.2012, posudkom posudkového lekára Sociálnej poisťovne ústredie Bratislave zo dňa 7.2.2013,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17.9.2012 uviedol, že navrhovateľka trpí na bolesť chrbta - dorzalgiu a utrpela úraz zlomeninu hrudníkového stavca. Navrhovateľka utrpela kompresívnu zlomeninu tela desiateho hrudného stavca (Th 10), ktorá bola liečená operačne (osteosyntéza so stabilizáciou), bola sledovaná traumatológom pre sekréciu z operačnej rany, v ďalšom priebehu bez klinického sledovania u ortopéda alebo neurológa pre neurologický deficit lebo zmeny na hrudnom skelete na určenie funkčného, senzitívneho alebo motorického deficitu v postihnutom úseku chrbtice. Rozhodujúcim zdravotným postihnutím u navrhovateľky je stav po úraze hrudného úseku chrbtice s miernym reziduálnym funkčným nálezom (kapitola XV., oddiel E, položka 4.a) prílohy č. 4 zákona č. 461/2003 Z.z.). Mieru poklesu schopnosti vykonávať zárobkovú činnosť u navrhovateľky stanovil na 20%. Navrhovateľka nie je invalidná podľa § 71 ods. 1 zákona č. 461/2003 Z.z. o sociálnom poistení. Posudkový lekár Sociálnej poisťovne ústredie Bratislava v posudku zo dňa 7.2.2013 uviedol, že navrhovateľka trpí na bolesť chrbta - dorzalgiu a utrpela úraz - zlomeninu tela 10. hrudného stavca. Konštatoval, že u navrhovateľky je anamnéza primárneho ochorenia bolesti hrudného segmentu chrbtice, ktoré vznikli následkom úrazu, ktorý utrpela dňa 15.8.2011, kedy spadla na schodoch. Navrhovateľka po dvoch dňoch navštívila lekára, dňa 17.8.2011 bola prijatá na ortopedicko - traumatologickú kliniku pre dokázanú kompresívnu zlomeninu tela 10. hrudného stavca. Dňa 24.8.2011 bola vykonaná osteosyntéza - spondylodéza Th9-11, pooperačný stav sa skomplikoval fistuláciou v oblasti rany a stav sa upravil po preliečení a lokálnom ošetrení. Navrhovateľka v auguste 2012 absolvovala kúpeľnú liečbu s dobrým výsledkom. Dňa 3.12.2012 bol odstránený osteosyntetický materiál z hrudného segmentu chrbtice po operačnom výkone v auguste 2011. Konštatoval, že po pohybovej a neurologickej stránke je stav navrhovateľky kompletne skonsolidovaný, po uvedených zákrokoch sa nerozvinul žiaden motorický deficit na chrbtici ani na horných končatinách. Neurologické vyšetrenie zo dňa 28.1.2013 je so záverom, že stav je v norme, rovnako hybnosť chrbtice a končatín je v norme a rtg. vyšetrenie hrudného segmentu chrbtice je v norme. Uviedol, že bolesť chrbta - dorzalgia je primeraná daným výkonom v minulosti a v určitom časovom intervale odoznie. Rozhodujúcim zdravotným postihnutím u navrhovateľky je stav po úraze hrudného úseku chrbtice s miernym reziduálnym funkčným nálezom (kapitola XV., oddiel E, položka 4.a) prílohy č. 4 zákona č. 461/2003 Z.z.), kde mieru poklesu schopnosti vykonávať zárobkovú činnosť u navrhovateľky stanovil na 20%. Navrhovateľka nie je invalidná podľa § 71 ods. 1 zákona č. 461/2003 Z.z. o sociálnom poistení. Navrhovateľka sa na pojednávanie súdu dňa 5.2.2014 napriek riadnemu predvolaniu nedostavila, svoju neúčasť na ňom neospravedlnila a ani nepožiadala o odročenie tohto pojednávania, a preto súd podľa § 101 ods. 2 Občianskeho súdneho poriadku (ďalej len O.s.p.) vec prejednal v jej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navrhovateľky a dospeli k zhodnému názoru, že súčasný zdravotný stav navrhovateľky nespĺňa zdravotné podmienky na priznanie invalidity podľa § 71 ods. 1 zákona č. 461/2003 Z.z. o sociálnom poistení. Navrhovateľka dňa 15.8.2011 utrpela kompresívnu zlomeninu tela 10. hrudného stavca a dňa 24.8.2011 bola vykonaná osteosyntéza - spondylodéza Th9-11, po operácii došlo k fistulácii v oblasti rany a stav sa upravil po preliečení a lokálnom ošetrení. Dňa 3.12.2012 bol odstránený osteosyntetický materiál z hrudného segmentu chrbtice po operačnom výkone v auguste 2011. Stav navrhovateľky je po pohybovej a neurologickej stránke kompletne skonsolidovaný, po uvedených zákrokoch sa nerozvinul žiaden motorický deficit na chrbtici ani na horných končatinách. Neurologické vyšetrenie zo dňa 28.1.2013 potvrdilo, že stav je v norme, rovnako hybnosť chrbtice a končatín je v norme a rtg. vyšetrenie hrudného segmentu chrbtice je v norme. Bolesť chrbta - dorzalgia je primeraná daným výkonom v minulosti a v určitom časovom intervale odoznie. Rozhodujúcim zdravotným postihnutím u navrhovateľky je stav po úraze hrudného úseku chrbtice s miernym reziduálnym funkčným nálezom (kapitola XV., oddiel E, položka 4.a) prílohy č. 4 zákona č. 461/2003 Z.z.). Mieru poklesu schopnosti vykonávať zárobkovú činnosť u navrhovateľky stanovili posudkoví lekári zhodne na 20%. Navrhovateľka nie je invalidná podľa § 71 ods. 1 zákona č. 461/2003 Z.z. o sociálnom poistení. Zistenia posudkových lekárov neboli spochybnené ani v súdnom konaní. Závery posudkov posudkových lekárov sú odborné, presvedčivé, náležite zdôvodnené a súd nezistil rozpor medzi ich závermi a zisteným skutočným stavom. V prípade, že sa zdravotný stav navrhovateľky zmení, navrhovateľka môže novou žiadosťou požiadať o invalidný dôchodok. Súd preto z vyššie uvedených dôvodov napadnuté rozhodnutie číslo XXX XXX XXXX X zo dňa 28. septembra 2012 podľa § 250q ods. 2 O.s.p. ako správne potvrdil. O trovách konania súd rozhodol podľa § 250k ods. 1 v spojení s § 250l ods. 2 O.s.p. Navrhovateľka nebola v konaní úspešná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https://www.kauzis.sk/judikatura/r/ECLI:SK:KSBA:2014:1013200237.1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