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5Sp/12/2013 z 1. 9. 2014</w:t>
      </w:r>
    </w:p>
    <w:p>
      <w:r>
        <w:t>Uznesenie Krajského súdu Bratislava z 1. septembra 2014, sp. zn. 5Sp/12/2013, ECLI:SK:KSBA:2014:1013200241.4</w:t>
      </w:r>
    </w:p>
    <w:p>
      <w:r>
        <w:t>Súd: Krajský súd Bratislava</w:t>
      </w:r>
    </w:p>
    <w:p>
      <w:r>
        <w:t>Spisová značka: 5Sp/12/2013</w:t>
      </w:r>
    </w:p>
    <w:p>
      <w:r>
        <w:t>ECLI: ECLI:SK:KSBA:2014:1013200241.4</w:t>
      </w:r>
    </w:p>
    <w:p>
      <w:r>
        <w:t>Dátum vydania: 1. 9. 2014</w:t>
      </w:r>
    </w:p>
    <w:p>
      <w:r>
        <w:t>Forma: Uznesenie</w:t>
      </w:r>
    </w:p>
    <w:p>
      <w:pPr>
        <w:pStyle w:val="Heading2"/>
      </w:pPr>
      <w:r>
        <w:t>Text rozhodnutia</w:t>
      </w:r>
    </w:p>
    <w:p>
      <w:r>
        <w:t>Súd: Krajský súd Bratislava Spisová značka: 5Sp/12/2013 Identifikačné číslo súdneho spisu: 1013200241 Dátum vydania rozhodnutia: 02. 09. 2014 Meno a priezvisko sudcu, VSÚ: JUDr. Peter Pospech ECLI: ECLI:SK:KSBA:2014:1013200241.4 Uznesenie Krajský súd v Bratislave pred samosudcom JUDr. Petrom Pospechom v právnej veci navrhovateľa: V. G., J.. X.X.XXXX, G. O. S. XXX, Q. K. G., Y..Č.. I. I. Y. I. Ú. M. Ú., S. J. Č.. X, XXX XX F., proti odporcovi: Centrum právnej pomoci, kancelária Žilina, so sídlom Národná č. 34, 011 00 Žilina, o preskúmanie rozhodnutia sp.zn. 2N 3396/12 zo dňa 19.12.2012, takto r o z h o d o l : Krajský súd v Bratislave návrh na preskúmanie napadnutého rozhodnutia odporcu sp.zn. 2N 3396/12 zo dňa 19.12.2012 o d m i e t a . o d ô v o d n e n i e : Napadnutým rozhodnutím Centra právnej pomoci Žilina zo dňa 19.12.2012 bolo odporcom rozhodnuté o nepriznaní nároku na poskytovanie právnej pomoci navrhovateľovi pre nesplnenie jednej z troch kumulatívnych podmienok pre priznanie nároku na poskytovanie právnej pomoci. Navrhovateľ podal proti uvedenému rozhodnutiu odvolanie, ktoré podľa prezenčnej pečiatky bolo doručené konajúcemu súdu dňa 11.2.2013. Odporca v písomnom vyjadrení poukázal na skutočnosť, že navrhovateľ prevzal rozhodnutie Centra právnej pomoci sp.zn. 2N 3396/12 zo dňa 19.12.2012, dňa 28.12.2012. Vzhľadom k tomu, že podľa pečiatky konajúceho súdu bolo odvolanie navrhovateľa doručené súdu dňa 11.2.2013 odporca žiadal, aby konajúci súd toto odvolanie navrhovateľa odmietol ako oneskorene podané. Podľa § 246 ods. 1 O.s.p., na preskúmanie rozhodnutí a postupov sú vecne príslušné krajské súdy, ak zákon neustanovuje inak. Podľa § 250p O.s.p., ak je návrh podaný oneskorene, alebo ho podá ten kto naň nie je oprávnený, alebo ak sa napáda rozhodnutie, ktoré preskúmaniu nepodlieha, alebo ak navrhovateľ neodstránil vady ktorých odstránenie súd nariadil a ktoré bránia vecnému vybaveniu návrhu súd uznesením opravný prostriedok zamietne. Odvolanie proti tomuto uzneseniu je prípustné. Vzhľadom k preukázanému oneskorenému podaniu opravného prostriedku navrhovateľom proti napadnutému rozhodnutiu Centra právnej pomoci sp.zn. 2N 3396/12 zo dňa 19.12.2012 súd návrh na preskúmanie napadnutého rozhodnutia odmietol ako oneskorene podaný, v súlade s ustanovením § 250p O.s.p. Poučenie: Proti tomuto uzneseniu je možné podať odvolanie v lehote 15 dní od jeho doručenia na Krajskom súde v Bratislave, písomne, dvojmo.</w:t>
      </w:r>
    </w:p>
    <w:p/>
    <w:p>
      <w:r>
        <w:t>Zdroj: KAUZIS.SK – https://www.kauzis.sk/judikatura/r/ECLI:SK:KSBA:2014:1013200241.4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