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5Sd/34/2013 z 26. 8. 2014</w:t>
      </w:r>
    </w:p>
    <w:p>
      <w:r>
        <w:t>Rozsudok Krajského súdu Bratislava z 26. augusta 2014, sp. zn. 5Sd/34/2013, ECLI:SK:KSBA:2014:1013200304.4</w:t>
      </w:r>
    </w:p>
    <w:p>
      <w:r>
        <w:t>Súd: Krajský súd Bratislava</w:t>
      </w:r>
    </w:p>
    <w:p>
      <w:r>
        <w:t>Spisová značka: 5Sd/34/2013</w:t>
      </w:r>
    </w:p>
    <w:p>
      <w:r>
        <w:t>ECLI: ECLI:SK:KSBA:2014:1013200304.4</w:t>
      </w:r>
    </w:p>
    <w:p>
      <w:r>
        <w:t>Dátum vydania: 26. 8. 2014</w:t>
      </w:r>
    </w:p>
    <w:p>
      <w:r>
        <w:t>Forma: Rozsudok</w:t>
      </w:r>
    </w:p>
    <w:p>
      <w:r>
        <w:t>Oblasť práva: Správne právo</w:t>
      </w:r>
    </w:p>
    <w:p>
      <w:pPr>
        <w:pStyle w:val="Heading2"/>
      </w:pPr>
      <w:r>
        <w:t>Text rozhodnutia</w:t>
      </w:r>
    </w:p>
    <w:p>
      <w:r>
        <w:t>Súd: Krajský súd Bratislava Spisová značka: 5Sd/34/2013 Identifikačné číslo súdneho spisu: 1013200304 Dátum vydania rozhodnutia: 27. 08. 2014 Meno a priezvisko sudcu, VSÚ: JUDr. Milota Tóthová ECLI: ECLI:SK:KSBA:2014:1013200304.4 ROZSUDOK V MENE SLOVENSKEJ REPUBLIKY Krajský súd v Bratislave samosudkyňou JUDr. Milotou Tóthovou v právnej veci navrhovateľa H. V., G. I.N. XXXX/XX, G., zastúpeného opatrovníčkou Darinou Fraňovou, pracovníčkou Okresného súdu Bratislava I, proti odporkyni Sociálnej poisťovni ústredie v Bratislave, Ul. 29. augusta č. 8-10, Bratislava, o invalidný dôchodok, takto r o z h o d o l : Súd rozhodnutie odporkyne číslo XXX XXX XXXX zo dňa 17. októbra 2012 p o t v r d z u j e . Účastníkom náhradu trov konania nepriznáva. o d ô v o d n e n i e : Rozhodnutím číslo XXX XXX XXXX zo dňa 17. októbra 2012 odporkyňa podľa § 70 ods. 1 a § 82 zákona č. 461/2003 Z.z. o sociálnom poistení v znení neskorších predpisov priznala navrhovateľovi od 27. septembra 2012 invalidný dôchodok v sume 97,30 eur mesačne. Rozhodla tak s odôvodnením, že podľa posudku posudkového lekára sociálneho poistenia Sociálnej poisťovne, pobočka Bratislava zo dňa 27. septembra 2012 navrhovateľ bol uznaný za invalidného, miera poklesu schopnosti vykonávať zárobkovú činnosť u navrhovateľa je 45%. Navrhovateľ návrhom zo dňa 15.11.2012 žiadal preskúmať toto rozhodnutie, nesúhlasil so stanoveným dátumom vzniku invalidity a vzhľadom na jeho zdravotný stav žiadal o priznanie invalidity dvadsať rokov spätne. Krajský súd preskúmal napadnuté rozhodnutie podľa § 250l a nasl. O.s.p., prejednal návrh navrhovateľa a dospel k záveru, že návrh nie je dôvodný. Navrhovateľovi bola uznesením Krajského súdu v Bratislave č.k. 5 Sd 34/2013 - 33 zo dňa 12.6.2014 ustanovená opatrovníčka podľa § 29 ods. 2 Občianskeho súdneho poriadku (ďalej len O.s.p.), nakoľko sa na adrese svojho trvalého pobytu nezdržiava a jeho súčasný pobyt nie je známy. Krajský súd vykonal dokazovanie výsluchom odporkyne, posudkom posudkového lekára Sociálnej poisťovne pobočky Bratislava zo dňa 27.9.2012 a posudkom posudkového lekára Sociálnej poisťovne ústredie Bratislava zo dňa 19.2.2013, oboznámil sa s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Na základe žiadosti navrhovateľa o invalidný dôchodok zdravotný stav a pracovná schopnosť navrhovateľa boli posúdené posudkovým lekárom Sociálnej poisťovne pobočka Bratislava 27.9.2012, ktorý uviedol, že navrhovateľ trpí na choroby a to bolesť chrbtice dorzalgiu a coxartrózu (artrózu bedrového kĺbu). Uviedol, že navrhovateľ je v dispenzárnej starostlivosti a liečbe pre degeneratívne ochorenia a ochorenia bedrových kĺbov. Vyše dvadsať rokov sa lieči pre vredovú chorobu gastroduodena. Rozhodujúcim zdravotným postihnutím u navrhovateľa sú degeneratívne zmeny na chrbtici a medzistavcových platničkách s miernym funkčným postihnutím (kapitola XV., oddiel E, položka 3 písm. b) prílohy č. 4 zákona č. 461/2003 Z.z.), kde mieru poklesu schopnosti vykonávať zárobkovú činnosť posudkový lekár stanovil na 35% vzhľadom na to, že degeneratívne ochorenie skeletu na základe dokumentácie dosahuje ľahký a stredný stupeň s prejavmi koreňového dráždenia. Pre iné zdravotné postihnutie a to obmedzenie pohybu bedrových kĺbov ľahkého stupňa obojstranné (kapitola XV., oddiel G položka 41.1) prílohy č. 4 zákona č. 461/2003 Z.z.) zvýšil percentuálnu mieru o 10%. Celková miera poklesu schopnosti vykonávať zárobkovú činnosť u navrhovateľa je 45%. Dátum vzniku invalidity stanovil od 27.9.2012. Navrhovateľ je invalidný podľa § 71 ods. 1 zákona č. 461/2003 Z.z. o sociálnom zabezpečení. Navrhovateľ môže vykonávať prácu bez nadmernej fyzickej záťaže v klimaticky vyrovnanom prostredí, primeranú vzdelaniu na skrátený úväzok. Posudkový lekár Sociálnej poisťovne ústredie Bratislava v posudku zo dňa 10.2.2013 uviedol že navrhovateľ trpí na choroby a to bolesť chrbta dorzalgiu, artrózu oboch bedrových kĺbov a chronický tráviaci syndróm. Konštatoval, že u navrhovateľa je anamnéza ochorenia pohybového aparátu, bolesti chrbtice - dorzalgie sú na podklade degeneratívnych zmien primeraných veku, bez závažnejšieho motorického deficitu v neurologickom obraze a funkčné postihnutie chrbtice je mierneho stupňa. Artróza oboch bedrových kĺbov je I.- II. stupňa, rtg. diagnóza vykazuje klinický korelát s danou funkciou bedrových kĺbov, avšak primeranou veku navrhovateľa. Ohľadom spätného uznania invalidity dvadsať rokov pred dátumom priznania invalidity posudkový lekár zaujal stanovisko, že toto je z posudkového hľadiska bezpredmetné, pretože zdravotný stav navrhovateľa v uvedenom období nevykazoval žiadne klinické známky dlhodobého nepriaznivého stavu po neurologickej a ortopedickej stránke. Rozhodujúcim zdravotným postihnutím u navrhovateľa sú degeneratívne zmeny na chrbtici a medzistavcových platničkách s miernym funkčným postihnutím, s prejavmi nervového a svalového dráždenia, slabosť svalového korzetu, obmedzenie pohybu v postihnutom úseku (kapitola XV., oddiel E, položka 3 písm. b) prílohy č. 4 zákona č. 461/2003 Z.z.), kde mieru poklesu schopnosti vykonávať zárobkovú činnosť posudkový lekár stanovil na 35%. Pre iné zdravotné postihnutie a to obmedzenie pohybu bedrových kĺbov ľahkého stupňa obojstranné (kapitola XV., oddiel G položka 41.1.b) prílohy č. 4 zákona č. 461/2003 Z.z.) zvýšil percentuálnu mieru o 10%. Celková miera poklesu schopnosti vykonávať zárobkovú činnosť u navrhovateľa je 45%, pričom posudkový lekár zaujal stanovisko, že takto stanovená miera poklesu schopnosti vykonávať zárobkovú činnosť predstavuje veľmi priaznivé ohodnotenie zdravotného stavu navrhovateľa. Navrhovateľ je invalidný podľa § 71 ods. 1 zákona č. 461/2003 Z.z. o sociálnom zabezpečení. Navrhovateľ môže vykonávať prácu bez nadmernej fyzickej, napr. pomocné práce v záhradníctve, verejnoprospešného práce ľahšieho charakteru. Súdom ustanovená opatrovníčka sa na vytýčené pojednávanie súdu dňa 27.8.2014 napriek riadnemu predvolaniu nedostavila, svoju neúčasť na ňom neospravedlnila, nepožiadala o odročenie tohto pojednávania, a preto súd podľa § 101 ods. 2 O.s.p. vec prejednal v jej neprítomnosti. Zástupkyňa odporkyne vzhľadom na zhodné závery posudkov posudkových lekárov žiadala napadnuté rozhodnutie ako vecne správne potvrdiť. Posudkový lekár sociálneho poistenia Sociálnej poisťovne pobočka Bratislava ako aj posudkový lekár sociálneho poistenia Sociálnej poisťovne ústredie Bratislava vo svojich vyššie uvedených posudkoch zohľadnili všetky navrhovateľom uvádzané ťažkosti a vysporiadali sa s lekárskymi nálezmi nachádzajúcimi sa v zdravotnej dokumentácii navrhovateľa a konštatovali, že bolesti chrbtice - dorzalgie sú na podklade degeneratívnych zmien primeraných veku, bez závažnejšieho motorického deficitu v neurologickom obraze s miernym stupňom funkčného postihnutia chrbtice. Artróza oboch bedrových kĺbov je I.- II. stupňa, rtg. diagnóza vykazuje klinický korelát s danou funkciou bedrových kĺbov, ktorá je však primeraná veku navrhovateľa. Zhodne určili, že rozhodujúcim zdravotným postihnutím u navrhovateľa sú degeneratívne zmeny na chrbtici a medzistavcových platničkách s miernym funkčným postihnutím, s prejavmi nervového a svalového dráždenia, slabosť svalového korzetu, obmedzenie pohybu v postihnutom úseku (kapitola XV., oddiel E, položka 3 písm. b) prílohy č. 4 zákona č. 461/2003 Z.z.), kde mieru poklesu schopnosti vykonávať zárobkovú činnosť posudkoví lekári stanovili na 35%. Pre iné zdravotné postihnutie a to obmedzenie pohybu bedrových kĺbov ľahkého stupňa obojstranné (kapitola XV., oddiel G položka 41.1.b) prílohy č. 4 zákona č. 461/2003 Z.z.) zvýšili percentuálnu mieru o 10%. Celková miera poklesu schopnosti vykonávať zárobkovú činnosť u navrhovateľa je 45%, Dátum vzniku invalidity stanovili od 27.9.2012, spätné uznanie invalidity dvadsať rokov pred dátumom priznania invalidity z posudkového hľadiska je bezpredmetné, pretože zdravotný stav navrhovateľa v uvedenom období nevykazoval žiadne klinické známky dlhodobého nepriaznivého stavu po neurologickej a ortopedickej stránke. Závery posudkov posudkových lekárov sú odborné, presvedčivé, náležite zdôvodnené a súd nezistil rozpor medzi ich závermi a zisteným skutočným stavom. Krajský súd preto z vyššie uvedených dôvodov napadnuté rozhodnutie číslo XXX XXX XXXX zo dňa 17. októbra 2012 podľa § 250q ods. 2 O.s.p. ako vecne správne potvrdil. O trovách konania súd rozhodol podľa § 250k ods. 1 v spojení s § 250l ods. 2 O.s.p. Navrhovateľ nebol v konaní úspešný, a preto mu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w:t>
      </w:r>
    </w:p>
    <w:p/>
    <w:p>
      <w:r>
        <w:t>Zdroj: KAUZIS.SK – https://www.kauzis.sk/judikatura/r/ECLI:SK:KSBA:2014:1013200304.4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