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5S/50/2013 z 14. 7. 2014</w:t>
      </w:r>
    </w:p>
    <w:p>
      <w:r>
        <w:t>Rozhodnutie Krajského súdu Bratislava z 14. júla 2014, sp. zn. 5S/50/2013, ECLI:SK:KSBA:2014:1013200366.1</w:t>
      </w:r>
    </w:p>
    <w:p>
      <w:r>
        <w:t>Súd: Krajský súd Bratislava</w:t>
      </w:r>
    </w:p>
    <w:p>
      <w:r>
        <w:t>Spisová značka: 5S/50/2013</w:t>
      </w:r>
    </w:p>
    <w:p>
      <w:r>
        <w:t>ECLI: ECLI:SK:KSBA:2014:1013200366.1</w:t>
      </w:r>
    </w:p>
    <w:p>
      <w:r>
        <w:t>Dátum vydania: 14. 7. 2014</w:t>
      </w:r>
    </w:p>
    <w:p>
      <w:r>
        <w:t>Forma: Rozhodnutie</w:t>
      </w:r>
    </w:p>
    <w:p>
      <w:r>
        <w:t>Oblasť práva: Správne právo</w:t>
      </w:r>
    </w:p>
    <w:p>
      <w:pPr>
        <w:pStyle w:val="Heading2"/>
      </w:pPr>
      <w:r>
        <w:t>Text rozhodnutia</w:t>
      </w:r>
    </w:p>
    <w:p>
      <w:r>
        <w:t>Súd: Krajský súd Bratislava Spisová značka: 5S/50/2013 Identifikačné číslo súdneho spisu: 1013200366 Dátum vydania rozhodnutia: 15. 07. 2014 Meno a priezvisko sudcu, VSÚ: JUDr. Viera Šebestová ECLI: ECLI:SK:KSBA:2014:1013200366.1 Rozhodnutie Krajský súd v Bratislave v senáte zloženom z predsedníčky senátu JUDr. Dáši Filovej a členiek senátu JUDr. Viery Šebestovej a JUDr. Anny Peťovskej, PhD., v právnej veci žalobcu: SHORELIN s.r.o., Bancíkovej 1/A, 821 03 Bratislava, zastúpený: Advokátska kancelária Marônek &amp; Partners s.r.o., Bancíkovej 1/A, 821 03 Bratislava, proti žalovanému: Daňový úrad Bratislava, Ševčenkova 32, 850 00 Bratislava, o preskúmanie zákonnosti postupu a rozhodnutia žalovaného č. 9101302/5/3781367/12/ Mahh zo dňa 19.12.2012, takto r o z h o d o l : Žaloba sa z a m i e t a. Žalobcovi sa náhrada trov konania nepriznáva. o d ô v o d n e n i e : Žalobca sa žalobou doručenou súdu dňa 27.02.2013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daňovým poriadkom, nakoľko v ňom absentuje výrok a poučenie o opravnom prostriedku. Poukázal na právnu úpravu podmienok registrácie platiteľa DPH, na základnú zásadu zákonnosti podmienky vzniku tzv. povinnej a dobrovoľnej registrácie pre DPH, ako aj na odlišnosti medzi nimi. Z ustanovenia § 4 ods. 6 zákona č. 222/2004 Z.z. o dani z pridanej hodnoty (ďalej iba zákon o DPH) podľa žalobcu vyplýva povinnosť daňového úradu vydať osvedčenie o DPH do siedmich dní odo dňa oznámenia skutočnosti predpokladanej zákonom, pričom zákon inú možnosť nepripúšťa. Žalobca oznámil túto skutočnosť už dňa 27.11.2012, ale žalovaný registráciu pre DPH nevykonal a nevydal mu osvedčenie o registrácii pre DPH, čím porušil zákon. Priamo zo zákona je zrejmé,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 nástupcom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citoval nález ústavného súdu a poukázal na nesprávnu interpretáciu § 4 ods. 6 zákona o DPH žalovaným, kde aplikuje gramatický výklad zákona, pričom nerešpektoval zmysel a účel celého ustanovenia. Zároveň uviedol prípady, ktoré by mohli nastať za podmienky, že by do kompetencie žalovaného patrilo rozhodovanie o statuse platiteľa DPH. Žalobca poukázal aj na rozsudok ESD v prípade C - XXX/XX D., v zmysle ktorého nie je možné zamietnuť registráciu pre DPH osobe, ktorá ku dňu podania žiadosti o registráciu pre DPH neuskutočnila žiadne zdaniteľné obchody. K argumentácii žalovaného o účelovosti rozdelenia platiteľa DPH uviedol, že obchodné spoločnosti boli založené za účelom podnikania, pričom to, že dochádza k ich predaju, nie je podstatné a navyše dochádza k predaju obchodného podielu a nie spoločnosti ako takej. Ďalej namietal postup žalovaného, ktorý nebol oprávnený odmietnuť z nijakého dôvodu registráciu podľa § 4 ods. 6 zákona o DPH a skúmať skutkové okolnosti, nakoľko zákon o DPH ani daňový poriadok takéto oprávnenie nestanovujú. Mal za to, že správca dane nemôže v rámci zákonnej registrácie vydať vecné rozhodnutie, keďže ide o registračnú činnosť, ktorej výsledkom môže byť len vydanie osvedčenia o registrácii DPH. Poukázal aj na porušenie zásady jednotnosti správcom dane, keď zaregistroval ASISIN s.r.o., ktorej žiadosť bola rovnaká ako žalobcova, jeho nezaregistroval a oznámenie označil za nulitné. Žalovaný vo svojom písomnom vyjadrení k žalobe, ktoré bolo doručené súdu dňa 14.06.2013 navrhol túto zamietnuť, pretože jediným spoločníkom žalobcu je spoločnosť M2 Business s.r.o, ktorej konateľom je G. L.,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G. L., z čoho vyplýva, že aj žalobca je spoločnosť založená iba za účelom ďalšieho predaja. Zákon o DPH ani daňový poriadok neukladajú správcovi dane povinnosť vydať v takomto prípade rozhodnutie a keďže ide iba o oznámenie, nemusí mať náležitosti rozhodnutia ustanovené v § 63 daňového poriadku. Žalovaný mal za to, že § 4 ods. 6 zákona o DPH sa na žalobcu ani nevzťahoval, a teda žalobca nemal oznamovaciu povinnosť voči správcovi dane, nakoľko táto povinnosť sa vzťahuje iba na „zdaniteľné osoby“.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ASISIN s.r.o. vznikla zápisom do obchodného registra, t.j. od 05.04.2012. Dňa 12.04.2012 podala žiadosť o dobrovoľnú registráciu pre daň z pridanej hodnoty. Dňa 26.04.2012 vykonali zamestnanci správcu dane miestne zisťovanie u daňového subjektu a zistili, že na adrese uvedenej v žiadosti spoločnosť nesídli - nemá označené sídlo ani poštovú schránku. Na predmetnej adrese sa nachádza administratívna budova, v ktorej má zriadené tzv. „virtuálne sídlo“ viac spoločností. Dňa 04.05.2012 a 14.05.2012 spoločnosť elektronicky doplnila žiadosť o registráciu DPH tým, že zaslala Zámer podnikateľskej činnosti spoločnosti ASISIN s.r.o. a zároveň odstránila nedostatky v označení sídla spoločnosti doplnením spoločnosti ASISIN s.r.o. do zoznamu, kde je zapísané sídlo ďalších 142 spoločností. Ku dňu 14.05.2012 mali sídlo všetky tieto spoločnosti na adrese Bancíkovej 1/A, Bratislava. Spoločnosť ASISIN s.r.o., ktorá zanikla aj spoločnosti, ktoré sú jej právnymi nástupcami sídlia na tejto adrese.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V reakcii na vyjadrenie žalovaného žalobca zotrval na právnom názore vyjadrenom v žalobe. Žalobca naďalej zotrváva na právnom názore, že ide o prípad zákonnej registrácie, kedy žalovaný nerozhoduje formou zisťovania skutkových okolností, ale len skúma splnenie podmienky predpokladanej zákonom. Žalobca poukázal na nemožnosť skúmania skutkových okolností naplnenia definície pojmu zdaniteľná osoba,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žalobca uviedol, že pri obchodnej spoločnosti nemožno hovoriť o jej predaji, ale len o prevode obchodného podielu v takejto spoločnosti. Krajský súd v Bratislave ako súd vecne a miestne príslušný na konanie vo veci (§ 246 ods. 1 O.s.p.) preskúmal napadnuté rozhodnutia v rozsahu dôvodov uvedených v žalobe (§ 249 ods. 2 O.s.p.) na nariadenom pojednávaní a dospel k záveru, že napadnuté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Súd z administratívneho spisu žalovaného zistil, že žalobca je právnickou osobou, ktorá vznikla ako právny nástupca obchodnej spoločnosti ASISIN s.r.o., IČO: XXXXXXXX, so sídlom Q. X/A, 821 03 Bratislava, ktorá bola registrovaným platiteľom dane z pridanej hodnoty (ďalej aj len DPH), mala riadne pridelené identifikačné číslo pre DPH a zanikla bez likvidácie rozdelením dňa 10.10.2012 vo forme notárskej zápisnice N XXX/XXXX, Nz XXXXX/XXXX zo dňa XX.XX.XXXX na X spoločností. Vo všetkých novovzniknutých spoločnostiach, ktoré rozdelením spoločnosti ASISIN s.r.o. vznikli, je jediným spoločníkom spoločnosť M2 Business s.r.o., so sídlom Bancíkovej 1/A, 821 03 Bratislava ( táto spoločnosť bola aj spoločníkom spoločnosti MAPUTO s.r.o.) a jediným konateľom v spoločnostiach vzniknutých z rozdelenia spoločnosti MAPUTO s.r.o. je Ondrej L., XXX XX P. L. XX, ktorý bol jeden zo spoločníkov a jediným konateľom spoločnosti ASISIN s.r.o.. Spoločnosť bola založená „materskou“ spoločnosťou M2 Business s.r.o., ktorá sa zaoberá zakladaním obchodných spoločností a ich následným predajom. Jediným konateľom je G. L., ktorý je konateľom desiatok dcérskych spoločností. Aj z údajov obchodného registra možno zistiť väčší počet tzv. ready- made spoločností založených touto materskou spoločnosťou, ktoré v krátkom čase po ich založení zmenili majiteľa (spoločníka), niektoré aj niekoľkokrát. Správne orgány zistili, že spoločnosť M2 Business s.r.o. zakladá tzv. ready-made spoločnosti so zámerom ich následného predaja, čo potvrdzuje internetový portál www.m2b.sk &lt;http://www.m2b.sk&gt;.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 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 www.m2b.sk/zmena-konatela-alebo-prokuristu&gt;, spoločníka &lt;http://www.m2b.sk/zmena-spolocnika- prevod-obchodneho-podielu&gt;, sídla &lt;http://www.m2b.sk/zmena-sidla-spolocnosti&gt;, obchodného mena &lt;http://www.m2b.sk/zmena-obchodneho-mena&gt;, rozšírenie predmetov podnikania &lt;http://www.m2b.sk/ rozsirenie-resp-zrusenie-predmetov-podnikania&gt; a pod.). Na základe zmluvy o prevode 100 % obchodného podielu a zápisnice z valného zhromaždenia sa stávate novým konateľom a majiteľom spoločnosti. Následný zápis zmien do obchodného registra má iba deklaratórny (potvrdzujúci) účinok.“ Žalobca krátko po zapísaní do obchodného registra Okresného súdu Bratislava I (dňa 24.11.2012) oznámil Daňovému úradu Bratislava, že sa stal platiteľom DPH v zmysle § 4 ods. 6 veta druhá zákona č. 222/2004 Z.z. o dani z pridanej hodnoty nakoľko sa stal právnym nástupcom mesačného platiteľa DPH, spoločnosti ASISIN s.r.o., ktorý zanikol bez likvidácie, dňa 24.11.2012 a rozdelil sa na sedem samostatných spoločností, ktoré sa stali jeho právnymi nástupcami. K oznámeniu žalobca priložil potvrdenie o vykonaní zápisu ASISIN s.r.o. do obchodného registra Okresného súdu Bratislava I a jeho výpis z tohto registra, potvrdenie o vykonaní zápisu SHORELIN s.r.o., do obchodného registra Okresného súdu Bratislava I a výpis tejto spoločnosti z obchodného registra, pričom k oznámeniu nedoložil žiadne dôkazy o tom, že disponuje materiálno-technickým vybavením potrebným na vykonávanie podnikateľskej činnosti. Adresa sídla spoločnosti je na adrese spoločnej pre viaceré dcérske spoločnosti, ako aj pre ostatné spoločnosti, na ktoré bola materská spoločnosť rozdelená. Daňový úrad Bratislava rozhodnutím č. 9101302/5/3781367/12/Mahh zo dňa 19.12.2012 nevyhovel žiadosti žalobcu o registráciu pre daň z pridanej hodnoty a osvedčenie o registrácii pre DPH nevydal. V napadnutom oznámení žalovaný uviedol, že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a nemala žiadnych zamestnancov. Žalovaný dospel k záveru, že zrušenie spoločnosti bez likvidácie bolo iba formálne a malo za cieľ získať u nástupníckych spoločností, teda aj u žalobcu, výhodu postavenia platiteľa DPH. Súd po preskúmaní spisového materiálu a administratívneho spisu žalovaného dospel k záveru, že neboli zistené žiadne skutočnosti, ktoré by odôvodňovali zmenu alebo zrušenie napadnutého rozhodnutia. Súd sa plne stotožnil s právnym názorom žalovaného.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zákona o správe daní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Ekonomickou činnosťou sa teda na účely dane z pridanej hodnoty rozumie činnosť (podnikanie), ktorá sa vykonáva na určitej pokračujúcej báze.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žiadosť o registráciu pre daň môže podať aj zdaniteľná osoba, ktorá nedosiahla obrat podľa odseku 1 alebo 2. Podľa § 4 ods. 5 zákona o DPH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platiteľom sa stáva aj právnická osoba alebo fyzická osoba, ktorá nadobudne v tuzemsku podnik alebo časť podniku platiteľa tvoriacu samostatnú organizačnú zložku podľa všeobecného predpisu, 4)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ako žalovaný uviedol,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ASISIN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Skutočnosť, že až skutočný výkon podnikania podľa § 3 zákona o DPH je dôvodom na registráciu a v opačnom prípade nevykonávanie činnosti je dôvodom na zrušenie registrácie pre DPH, potvrdzuje § 81 ods. 4 zákona o DPH, podľa ktorého daňový úrad môže zrušiť registráciu pre daň aj vtedy, ak platiteľ nevykonáva alebo prestal vykonávať podnikanie podľa § 3. Pokiaľ ide o skutkové zistenia, bolo vykonaným dokazovaním preukázané, že už spoločnosť ASISIN s.r.o. ako dcérska spoločnosť, ktorá bola zaregistrovaná pre DPH a zanikla bez likvidácie rozdelením na 20 spoločností, pričom jednou z nich je aj žalobca, nevykonávala žiadnu relevantnú hospodársku činnosť a rovnako ani žalobca, ktorý požiadal Daňový úrad Bratislava, aby mu ako právnemu nástupcovi spoločnosti ASISIN s.r.o. vydal osvedčenie o registrácii pre DPH. Uvedený záver potvrdzuje napokon aj samotný obsah internetového portálu týkajúcim sa aj dotknutých ready - 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práve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tento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Žiadna takáto ekonomická činnosť však u žalobcu v danom prípade nebola preukázaná žiadna sústavná ekonomická činnosť. Otázkou dobrovoľnej registrácie ako platcu DPH, konkrétne, či podnikateľ samostatne uskutočňoval ekonomickú činnosť, sa zaoberal Najvyšší správny súd v Českej republike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Zo zákona o DPH platného v dobe vydania preskúmavaného rozhodnutia (oznámenia)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Najvyššieho súdu Slovenskej republiky sp. zn. 5Sžp 5/2011). Keďže žalovaný vydal napadnuté rozhodnutie vo forme oznámenia, toto oznámenie nemusí mať náležitosti rozhodnutia ustanovené v § 63 daňového poriadku. Súd má za to, že žalobca je ready made spoločnosťou založenou iba za účelom jeho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Úmyslom spoločníka bolo podľa názoru súdu zabezpečiť pre 20 novozaložených spoločností registráciu pre DPH zo zákona, aby sa vyhol procesu dobrovoľnej registrácie a povinnosti zložiť zábezpeku na daň v zmysle § 4c zákona o DPH.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