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5Sd/43/2013 z 3. 6. 2014</w:t>
      </w:r>
    </w:p>
    <w:p>
      <w:r>
        <w:t>Rozsudok Krajského súdu Bratislava z 3. júna 2014, sp. zn. 5Sd/43/2013, ECLI:SK:KSBA:2014:1013200390.2</w:t>
      </w:r>
    </w:p>
    <w:p>
      <w:r>
        <w:t>Súd: Krajský súd Bratislava</w:t>
      </w:r>
    </w:p>
    <w:p>
      <w:r>
        <w:t>Spisová značka: 5Sd/43/2013</w:t>
      </w:r>
    </w:p>
    <w:p>
      <w:r>
        <w:t>ECLI: ECLI:SK:KSBA:2014:1013200390.2</w:t>
      </w:r>
    </w:p>
    <w:p>
      <w:r>
        <w:t>Dátum vydania: 3. 6. 2014</w:t>
      </w:r>
    </w:p>
    <w:p>
      <w:r>
        <w:t>Forma: Rozsudok</w:t>
      </w:r>
    </w:p>
    <w:p>
      <w:pPr>
        <w:pStyle w:val="Heading2"/>
      </w:pPr>
      <w:r>
        <w:t>Text rozhodnutia</w:t>
      </w:r>
    </w:p>
    <w:p>
      <w:r>
        <w:t>Súd: Krajský súd Bratislava Spisová značka: 5Sd/43/2013 Identifikačné číslo súdneho spisu: 1013200390 Dátum vydania rozhodnutia: 04. 06. 2014 Meno a priezvisko sudcu, VSÚ: JUDr. Milota Tóthová ECLI: ECLI:SK:KSBA:2014:1013200390.2 ROZSUDOK V MENE SLOVENSKEJ REPUBLIKY Krajský súd v Bratislave samosudkyňou JUDr. Milotou Tóthovou v právnej veci navrhovateľa N. R., H. H. XXXX/XX, H., proti odporkyni Sociálnej poisťovni ústredie v Bratislave, Ul. 29. augusta č. 8, Bratislava, o invalidný dôchodok, takto r o z h o d o l : Súd rozhodnutie odporkyne číslo XXX XXX XXXX X zo dňa 23. novembra 2012 p o t v r d z u j e . Účastníkom náhradu trov konania nepriznáva. o d ô v o d n e n i e : Rozhodnutím číslo XXX XXX XXXX X zo dňa 23. novembra 2012 odporkyňa podľa § 70 zákona č. 461/2003 Z.z. o sociálnom poistení v znení neskorších predpisov zamietla žiadosť navrhovateľa o invalidný dôchodok zo dňa 13. novembra 2012. Rozhodla tak s odôvodnením, že podľa posudku posudkového lekára Sociálnej poisťovne, pobočky Bratislava zo dňa 13. novembra 2012 navrhovateľ nie je invalidný podľa § 71 ods. 1 zákona č. 461/2003 Z.z.. Miera poklesu schopnosti vykonávať zárobkovú činnosť u navrhovateľa je 25%. Navrhovateľ návrhom zo dňa 27.12.2012 žiadal preskúmať toto rozhodnutie odporkyne a namietal, že štát by mal zohľadniť jeho chorobu perthes, keď ležal tri a pol roka v kúpeľoch Číž a nemohol vôbec chodiť, čo malo trvalé následky na jeho osobný život a na základe tejto choroby sa stal neschopným vojenskej služby od XX.XX.XXXX. Taktiež namietal, že od roku 1991 po „Nežnej revolúcii“ stratil dvakrát sedavé zamestnanie a to v Slovnafte v roku 1991 a v Technickom skle v roku 2002 na základe príslušnosti k náboženskej organizácii N. G.. Krajský súd preskúmal napadnuté rozhodnutie podľa § 250l a nasl. O.s.p., prejednal návrh navrhovateľa a dospel k záveru, že návrh nie je dôvodný. Krajský súd vykonal dokazovanie výsluchom účastníkov, posudkom posudkového lekára Sociálnej poisťovne pobočka Bratislava zo dňa 13.11.2012, posudkom posudkového lekára Sociálnej poisťovne ústredie Bratislava zo dňa 28.2.2013 a zo dňa 24.4.2014,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13.11.2012 uviedol, že navrhovateľ trpí na koxartrózu - artrózu bedrového kĺbu. Konštatoval, že navrhovateľ bol liečený ortopédom pre M. Perthes od šiestich rokov, operovaný nebol. Chôdza je samostatná bez opory, postoj v norme bez titurbácií. Skrátenie ľavej nohy je - 1 cm. Pulzácie na cievach dolných končatín sú hmatné, je ľahká atrofia stehna vľavo, flexia v ľavej koxe 110 st. Rozhodujúcim zdravotným postihnutím u navrhovateľa je postihnutie končatín stredného stupňa jednostranné (kapitola XV., oddiel G, položka 41.2) prílohy č. 4 zákona č. 461/2003 Z.z.). Mieru poklesu schopnosti vykonávať zárobkovú činnosť u navrhovateľa stanovil na 25%. Navrhovateľ nie je invalidný podľa § 71 ods. 1 zákona č. 461/2003 Z.z. o sociálnom poistení. Navrhovateľ môže pracovať bez nadmernej fyzickej záťaže a preťažovania váhonosných zhybov. Posudkový lekár Sociálnej poisťovne ústredie Bratislava v posudku zo dňa 28.2.2013 uviedol, že navrhovateľ trpí na chorobu a to koxartrózu - artrózu ľavého bedrového kĺbu. Konštatoval, že u navrhovateľa je anamnéza primárneho ortopedického ochorenia v zmysle artrózy ľavého bedrového kĺbu, stav po Perthesovej chorobe v minulosti. Uviedol, že bolo preložené jediné strohé ortopedické vyšetrenie zo dňa 8.10.2012. Funkčné postihnutie ľavého bedrového kĺbu dosahuje iba stredný stupeň, ľavá noha je skrátená o 1 cm, je minimálna hypotrofia svalstva ľavého stehna, turgor je primeraný, svalový tonus je normálny. Hybnosť v ľavej koxe je iba parciálne obmedzená vo flexii do 110 stupňov, extenzia je plná. Rozhodujúcim zdravotným postihnutím u navrhovateľa je obmedzenie pohybu bedrového kĺbu vľavo, stredného stupňa, jednostranné (kapitola XV., oddiel G, položka 41.2) prílohy č. 4 zákona č. 461/2003 Z.z.). Mieru poklesu schopnosti vykonávať zárobkovú činnosť u navrhovateľa stanovil na 25%. Navrhovateľ nie je invalidný podľa § 71 ods. 1 zákona č. 461/2003 Z.z. o sociálnom poistení. Navrhovateľ pri výsluchu v súdnom konaní zotrval na podanom návrhu, nové lekárske nálezy nedoložil, nakoľko ako sám uviedol sú nepotrebné. Zastával názor, že jeho zdravotný stav by mohol byť posúdený podľa zákona č. 100/1988 Zb. o sociálnom zabezpečení, nakoľko ho považoval za ľudskejší. Súd doplnil dokazovanie zadovážením si posudku posudkového lekára Sociálnej poisťovne ústredie Bratislava, ktorý dňa 24.4.2014 za osobnej účasti navrhovateľa posúdil zdravotný stav a pracovnú schopnosť navrhovateľa a uviedol, že navrhovateľ trpí na chorobu koxartrózu - artrózu ľavého bedrového kĺbu. Konštatoval, že bolo predložené jediné strohé ortopedické vyšetrenie zo dňa 8.10.2012, navrhovateľ pre svoje ochorenie bol len sporadicky v observácii odborného lekára, lieky dlhodobo neužíva žiadne a taktiež neudáva žiadne subjektívne ťažkosti. V celom rozsahu zotrval na posudku zo dňa 28.2.2013. Rozhodujúcim zdravotným postihnutím u navrhovateľa je obmedzenie pohybu bedrového kĺbu vľavo, stredného stupňa, jednostranné (kapitola XV., oddiel G, položka 41.2) prílohy č. 4 zákona č. 461/2003 Z.z.). Mieru poklesu schopnosti vykonávať zárobkovú činnosť u navrhovateľa stanovil na 25%. Navrhovateľ nie je invalidný podľa § 71 ods. 1 zákona č. 461/2003 Z.z. o sociálnom poistení. Navrhovateľ pri výsluchu v súdnom konaní zotrval na podanom návrhu, vyslovoval svoj nesúhlas s existujúcimi zákonmi, ktoré považoval za hraničiace s ľudskou dôstojnosťou a neústretové voči ľuďom. Nové lekárske nálezy nedoložil.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navrhovateľa a dospeli k zhodnému názoru, že súčasný zdravotný stav navrhovateľa nespĺňa zdravotné podmienky na priznanie invalidity podľa § 71 ods. 1 zákona č. 461/2003 Z.z. o sociálnom poistení. U navrhovateľa je ortopedické ochorenie v zmysle artrózy ľavého bedrového kĺbu, stav po Perthesovej chorobe v minulosti, funkčné postihnutie ľavého bedrového kĺbu dosahuje iba stredný stupeň, ľavá noha je skrátená o 1 cm, je minimálna hypotrofia svalstva ľavého stehna, turgor je primeraný a svalový tonus je normálny. Hybnosť v ľavej koxe je iba parciálne obmedzená vo flexii do 110 stupňov, extenzia je plná. Navrhovateľ pre svoje ochorenie bol len sporadicky v observácii odborného lekára, lieky dlhodobo neužíva žiadne a taktiež neudáva žiadne subjektívne ťažkosti. Rozhodujúcim zdravotným postihnutím u navrhovateľa je obmedzenie pohybu bedrového kĺbu vľavo, stredného stupňa, jednostranné (kapitola XV., oddiel G, položka 41.2) prílohy č. 4 zákona č. 461/2003 Z.z.). Mieru poklesu schopnosti vykonávať zárobkovú činnosť u navrhovateľa stanovili posudkoví lekári zhodne na 25%. Navrhovateľ nie je invalidný podľa § 71 ods. 1 zákona č. 461/2003 Z.z. o sociálnom poistení. Zistenia posudkových lekárov neboli spochybnené ani v súdnom konaní. Závery posudkov posudkových lekárov sú odborné, presvedčivé, náležite zdôvodnené a súd nezistil rozpor medzi ich závermi a zisteným skutočným stavom. Ohľadom požiadavky navrhovateľa, že jeho zdravotný stav by mohol byť posúdený podľa zákona č. 100/1988 Zb. o sociálnom zabezpečení v znení neskorších predpisov súd konštatuje, že navrhovateľ si podal žiadosť o invalidný dôchodok dňa 13.11.2012, t.j. za účinnosti zákona č. 461/2003 Z.z. o sociálnom poistení v znení neskorších predpisov, a preto bolo potrebné pri posudzovaní jeho zdravotného stavu a pracovnej schopnosti postupovať v súlade s o zákonom č. 461/12003 Z.z. o sociálnom poistení. Spätné posúdenie zdravotného stavu a pracovnej schopnosti navrhovateľa podľa právnych predpisov účinných do 31. decembra 2003 nemá oporu ani v prechodných ustanoveniach zákona o sociálnom poistení. V konaní o preskúmanie rozhodnutia správneho orgánu vo veci dôchodkového poistenia sa súd môže zaoberať len posúdením zákonnosti toho rozhodnutia odporkyne, proti ktorému navrhovateľ podal v zákonnej lehote opravný prostriedok a ktoré tak označil za predmet preskúmania. Súd sa preto ďalšími námietkami navrhovateľa, ktoré nie sú predmetom preskúmavacieho konania zaoberať nemohol, a preto sa námietkami navrhovateľa týkajúce sa jeho nespokojnosti so zákonmi a ich prijímaním ako aj stratou jeho zamestnania z dôvodu príslušnosti náboženskej organizácii N. G. v tomto konaní ani nezaoberal. Súd preto z vyššie uvedených dôvodov napadnuté rozhodnutie číslo XXX XXX XXXX X F.o dňa 23. novembra 2012 podľa § 250q ods. 2 O.s.p. ako správne potvrdil. O trovách konania súd rozhodol podľa § 250k ods. 1 v spojení s § 250l ods. 2 O.s.p.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https://www.kauzis.sk/judikatura/r/ECLI:SK:KSBA:2014:1013200390.2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