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2S/56/2013 z 25. 11. 2014</w:t>
      </w:r>
    </w:p>
    <w:p>
      <w:r>
        <w:t>Uznesenie Krajského súdu Bratislava z 25. novembra 2014, sp. zn. 2S/56/2013, ECLI:SK:KSBA:2014:1013200412.1</w:t>
      </w:r>
    </w:p>
    <w:p>
      <w:r>
        <w:t>Súd: Krajský súd Bratislava</w:t>
      </w:r>
    </w:p>
    <w:p>
      <w:r>
        <w:t>Spisová značka: 2S/56/2013</w:t>
      </w:r>
    </w:p>
    <w:p>
      <w:r>
        <w:t>ECLI: ECLI:SK:KSBA:2014:1013200412.1</w:t>
      </w:r>
    </w:p>
    <w:p>
      <w:r>
        <w:t>Dátum vydania: 25. 11. 2014</w:t>
      </w:r>
    </w:p>
    <w:p>
      <w:r>
        <w:t>Forma: Uznesenie</w:t>
      </w:r>
    </w:p>
    <w:p>
      <w:pPr>
        <w:pStyle w:val="Heading2"/>
      </w:pPr>
      <w:r>
        <w:t>Text rozhodnutia</w:t>
      </w:r>
    </w:p>
    <w:p>
      <w:r>
        <w:t>Súd: Krajský súd Bratislava Spisová značka: 2S/56/2013 Identifikačné číslo súdneho spisu: 1013200412 Dátum vydania rozhodnutia: 26. 11. 2014 Meno a priezvisko sudcu, VSÚ: JUDr. Vlastimil Pavlikovský ECLI: ECLI:SK:KSBA:2014:1013200412.1 Uznesenie Krajský súd v Bratislave v právnej veci žalobcu: Štefan H., Q. XXX/XX, P., proti žalovanému: Ministerstvo vnútra Slovenskej republiky, Prezídium Policajného zboru, odbor dopravnej polície, Račianska 45, Bratislava, o preskúmanie zákonnosti postupu a rozhodnutia žalovaného č. K.-Q.-XXX-XXX/XXXX zo dňa XX.XX.XXXX, jednohlasne, takto r o z h o d o l : Krajský súd v Bratislave konanie z a s t a v u j e . Žiaden z účastníkov nemá právo na náhradu trov konania. o d ô v o d n e n i e : Žalobou doručenou Najvyššiemu súdu Slovenskej republiky dňa 28.12.2012, postúpenou Krajskému súdu v Bratislave uznesením č. k. 2Sž/28/2012-8 zo dňa 09.01.2013, sa žalobca domáhal preskúmania zákonnosti postupu a rozhodnutia žalovaného č. K.-Q.-XXX-XXX/XXXX zo dňa XX.XX.XXXX, ktorým bolo zamietnuté odvolanie žalobcu a bolo potvrdené rozhodnutie mimo odvolacieho konania č. H.-XX/ KDI-SK-XXXX zo dňa XX.XX.XXXX vydané Krajským dopravným inšpektorátom Krajského riaditeľstva Policajného zboru v Žiline, ktorým bolo zrušené právoplatné rozhodnutie o priestupku proti bezpečnosti a plynulosti cestnej premávky Okresného riaditeľstva Policajného zboru v Čadci č. Q.-P-XXX/ODI-E- XXXX zo dňa XX.XX.XXXX. Žalobca namietal, že žalovaný aj napriek rozsudku Krajského súdu v Žiline č. k. 20S/45/2009-76 nezohľadnil naznačený právny názor, dostatočne neskúmal a nesprávne vyhodnotil, či poštový doručovateľ dodržal postup pri doručovaní rozhodnutia Okresného riaditeľstva Policajného zboru v Čadci. Mal za to, že žalovaný vychádzal z nesprávneho predpokladu, že k prvému doručovaniu došlo dňa 12.02.2009 a k opakovanému doručovaniu dňa 13.02.2009. Je zrejmé, že správny orgán odovzdal predmetnú zásielku na poštu dňa 11.02.2009 a v adrese uviedol nesprávne smerovacie číslo bydliska žalobcu. Podľa názoru žalobcu bol prvý a jediný pokus o doručenie vykonaný dňa 13.02.2009 a v tento deň bola aj zásielka uložená na pošte. Z uvedeného dôvodu označil uplatnenie fikcie doručenia za nesprávne, v dôsledku čoho mu bolo odňaté právo na podanie riadneho opravného prostriedku. Žalovaný v reakcii na výzvu na vyjadrenie sa k žalobe a na predloženie spisov oznámil, že vo veci priestupku proti bezpečnosti plynulosti cestnej premávky sa naďalej koná, pričom ústne pojednávanie bolo vytýčené na deň 17.07.2013. Ďalej uviedol, že po právoplatnom rozhodnutí v prejednávanej veci predloží súdu požadovaný spisový materiál. Podľa § 244 ods. 1 O.s.p.,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Podľa § 250 ods. 2 O.s.p. veta prvá, žalobcom je fyzická alebo právnická osoba, ktorá o sebe tvrdí, že ako účastník správneho konania bola rozhodnutím a postupom správneho orgánu ukrátená na svojich právach.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 ustanovenia § 250 ods. 2 veta prvá O.s.p. vyplýva obmedzenie procesnej legitimácie len na tie fyzické a právnické osoby, ktoré boli účastníkmi správneho konania a ktoré o sebe tvrdia, že ako účastníci správneho konania boli rozhodnutím správneho orgánu ukrátené na svojich právach, t. j. že im takýmto rozhodnutím bola spôsobená ujma. Samotné tvrdenie žalobcu o tom, že bol ukrátený na svojich právach, však nepostačuje. Takémuto tvrdeniu musí korešpondovať jeho subjektívne oprávnenie, ktoré vychádza z konkrétneho právneho predpisu. Súd v každej konkrétnej veci v intenciách citovaných ustanovení posudzuje, či žalobca spĺňa zákonom stanovené podmienky procesnej aktívnej legitimácie na podanie žaloby v správnom súdnictve. V konaní podľa piatej časti súd poskytuje ochranu len subjektívnym právam žalobcu. Ak súd zistí, že žalobca osobne nebol ukrátený rozhodnutím správneho orgánu na svojich právach, nebol oprávnený ani na podanie žaloby na preskúmanie zákonnosti správneho rozhodnutia. Súd po preskúmaní rozhodnutia žalovaného č. K.-Q.-XXX-XXX/XXXX zo dňa XX.XX.XXXX zistil, že predmetným rozhodnutím bolo zamietnuté odvolanie žalobcu a bolo potvrdené rozhodnutie Krajského dopravného inšpektorátu Krajského riaditeľstva Policajného zboru v L. č. H.-XX/KDI-SK-XXXX zo dňa XX.XX.XXXX vydané v mimoodvolacom konaní. Rozhodnutím Krajského dopravného inšpektorátu Krajského riaditeľstva Policajného zboru v L. č. H.-XX/ KDI-SK-XXXX zo dňa XX.XX.XXXX bolo zrušené právoplatné rozhodnutie o priestupku proti bezpečnosti a plynulosti cestnej premávky Okresného riaditeľstva Policajného zboru v Čadci č. Q.-P-XXX/ODI-E- XXXX zo dňa XX.XX.XXXX, v odôvodnení ktorého bolo uvedené, že rozsudkom Krajského súdu v Žiline č. k. 20S/45/2009-76 bolo zrušené rozhodnutie o odvolaní č. H.-XX/KDI-SK-XXXX zo dňa 19.06.2009 a vec bola vrátená H. dopravnému inšpektorátu H. riaditeľstva K. zboru v L. na ďalšie konanie, pričom v rozsudku bol aj naznačený smer ďalšieho konania. Z obsahu napadnutého rozhodnutia žalovaného nevyplýva, že by bol žalobca jeho vydaním ako účastník správneho konania priamo dotknutý na svojich právach a právom chránených záujmoch (§ 244 ods. X O.s.p. v spojení s § 250 ods. 2 veta prvá O.s.p.). Nakoľko rozhodnutie Okresného riaditeľstva Policajného zboru v Čadci o priestupku zo dňa 21.01.2009 bolo v mimoodvolacom konaní zrušené rozhodnutím správneho orgánu prvého stupňa zo dňa 21.01.2009 a žalovaný napadnutým rozhodnutím uvedené rozhodnutie potvrdil, súd dospel k záveru, že napadnuté rozhodnutie žalovaného je v prospech žalobcu, a teda ním nemohol byť ukrátený na svojich právach a ani nebol procesne legitimovaný na podanie žaloby. Žalobcom namietaná časť odôvodnenia rozhodnutia žalovaného je z dôvodu nesplnenia podmienok ustanovených v § 244 ods. 3 O.s.p. v spojení s § 250 ods. 2 veta prvá O.s.p. právne irelevantná. Vzhľadom na vyššie uvedené skutočnosti súd v súlade s § 250d ods. 3 O.s.p. konanie zastavil. O náhrade trov konania súd rozhodol podľa § 146 ods. 1 písm. c/ O.s.p. v spojení s § 246 ods. 1 veta prvá O.s.p. tak, že žiaden z účastníkov nemá právo na náhradu trov konania. Toto rozhodnutie senát Krajského súdu v Bratislave prijal pomerom hlasov 3 : 0 (§ 3 ods. 9 zákona č. 757/2004 Z.z. v znení zákona č. 33/2011 Z.z.)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https://www.kauzis.sk/judikatura/r/ECLI:SK:KSBA:2014:1013200412.1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