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5Sd/47/2013 z 18. 2. 2014</w:t>
      </w:r>
    </w:p>
    <w:p>
      <w:r>
        <w:t>Rozsudok Krajského súdu Bratislava z 18. februára 2014, sp. zn. 5Sd/47/2013, ECLI:SK:KSBA:2014:1013200421.1</w:t>
      </w:r>
    </w:p>
    <w:p>
      <w:r>
        <w:t>Súd: Krajský súd Bratislava</w:t>
      </w:r>
    </w:p>
    <w:p>
      <w:r>
        <w:t>Spisová značka: 5Sd/47/2013</w:t>
      </w:r>
    </w:p>
    <w:p>
      <w:r>
        <w:t>ECLI: ECLI:SK:KSBA:2014:1013200421.1</w:t>
      </w:r>
    </w:p>
    <w:p>
      <w:r>
        <w:t>Dátum vydania: 18. 2. 2014</w:t>
      </w:r>
    </w:p>
    <w:p>
      <w:r>
        <w:t>Forma: Rozsudok</w:t>
      </w:r>
    </w:p>
    <w:p>
      <w:r>
        <w:t>Oblasť práva: Správne právo</w:t>
      </w:r>
    </w:p>
    <w:p>
      <w:pPr>
        <w:pStyle w:val="Heading2"/>
      </w:pPr>
      <w:r>
        <w:t>Text rozhodnutia</w:t>
      </w:r>
    </w:p>
    <w:p>
      <w:r>
        <w:t>Súd: Krajský súd Bratislava Spisová značka: 5Sd/47/2013 Identifikačné číslo súdneho spisu: 1013200421 Dátum vydania rozhodnutia: 19. 02. 2014 Meno a priezvisko sudcu, VSÚ: JUDr. Milota Tóthová ECLI: ECLI:SK:KSBA:2014:1013200421.1 ROZSUDOK V MENE SLOVENSKEJ REPUBLIKY Krajský súd v Bratislave samosudkyňou JUDr. Milotou Tóthovou v právnej veci navrhovateľky L. V., bytom H. XXXX/X, G., proti odporkyni Sociálnej poisťovni ústredie v Bratislave, Ul. 29. augusta č. 8, Bratislava, o invalidný dôchodok, takto r o z h o d o l : Súd rozhodnutie odporkyne číslo XXX XXX XXXX zo dňa 24. októbra 2012 p o t v r d z u j e . Účastníkom náhradu trov konania nepriznáva. o d ô v o d n e n i e : Rozhodnutím číslo XXX XXX XXXX zo dňa 24. októbra 2012 odporkyňa podľa § 70 ods. 1 a § 82 zákona č. 461/2003 Z.z. o sociálnom poistení v znení neskorších predpisov priznala navrhovateľke od 5. októbra 2012 invalidný dôchodok v sume 214,90 eur mesačne. Rozhodla tak s odôvodnením, že podľa posudku posudkového lekára sociálneho poistenia Sociálnej poisťovne, pobočka Bratislava zo dňa 5. októbra 2012 navrhovateľka bola uznaná za invalidnú, miera poklesu schopnosti vykonávať zárobkovú činnosť u navrhovateľky je 55%. Navrhovateľka návrhom zo dňa 26.11.2012 žiadala preskúmať toto rozhodnutie z dôvodov zohľadnenia spätného nároku dávky invalidného dôchodku, pretože jej zdravotné problémy, ktoré vyústili do priznania invalidného dôchodku pretrvávajú už tretí rok a počas tohto obdobia bola práceneschopná cca jedenásť mesiacov. Vzhľadom na zdravotné problémy má obmedzenú možnosť sa zamestnať. Krajský súd preskúmal napadnuté rozhodnutie podľa § 250l a nasl. O.s.p., prejednal návrh navrhovateľky a dospel k záveru, že návrh nie je dôvodný. Krajský súd vykonal dokazovanie výsluchom odporkyne, posudkom posudkového lekára Sociálnej poisťovne pobočky Bratislava zo dňa 5.10.2012 a posudkom posudkového lekára Sociálnej poisťovne ústredie Bratislava zo dňa 5.3.2013,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navrhovateľky o invalidný dôchodok zdravotný stav a pracovná schopnosť navrhovateľky boli posúdené posudkovým lekárom Sociálnej poisťovne pobočka Bratislava dňa 5.10.2012, ktorý uviedol, že navrhovateľka trpí na choroby a to idiopatickú trombocytopenickú purpuru chronickú, choroby sleziny a diabetes mellitus závislý na inzulíne, s diabetickými komplikáciami. Navrhovateľka je od novembra 2011 v starostlivosti a liečbe hematológa pre chronickú trombocytopenickú purpuru a po odstránení sleziny v júni 2012 je ochorenie v kompletnej remisii. Pre cukrovku typ 2 na inzulínoterapii a PAD s diabetickou polyneuropatiou je v dispenzárnom a liečebnom sledovaní diabetológa. Rozhodujúcim zdravotným postihnutím u navrhovateľky je terapeutické odstránenie sleziny pre chorobu krvi (kapitola II., položka 7.c) prílohy č. 4 zákona č. 461/2003 Z.z.), kde mieru poklesu schopnosti vykonávať zárobkovú činnosť posudkový lekár stanovil na 45%. Pre iné zdravotné postihnutie a to cukrovku kompenzovateľnú bez komplikácií (kapitola IV., položka 1.b) prílohy č. 4 zákona č. 461/2003 Z.z.) zvýšil percentuálnu mieru o 10%. Celková miera poklesu schopnosti vykonávať zárobkovú činnosť u navrhovateľky je 55%. Navrhovateľka je invalidná podľa § 71 ods. 1 zákona č. 461/2003 Z.z. o sociálnom zabezpečení. Navrhovateľka môže vykonávať prácu bez nadmernej fyzickej a psychickej záťaže s dodržiavaním režimu diabetika, vykonávať prácu podľa vzdelania. Posudkový lekár Sociálnej poisťovne ústredie Bratislava v posudku zo dňa 5.3.2013 uviedol, že navrhovateľka trpí na choroby a to autoimúnnu trombocytopenickú purpuru, diabetes mellitus nezávislý od inzulínu, exogénnu obezitu ťažkého stupňa, Basedowovu chorobu, recidivujúce zápaly žíl dolných končatín, artériovú hypertenziu, neklasifikovanú, popôrodnú parézu plexus brachialis vpravo, stav po zápale pľúc a pohrudnice vľavo v 07/2010 a má chronický abúzus nikotínu. U navrhovateľky je anamnéza viacerých ochorení, polymorbídna. Navrhovateľka bola od decembra 2010 sledovaná na hematologickej ambulancii pre antikoagulačnú liečbu kumarínmi z dôvodu trombózy pravej nohy, jednalo sa kompletnú trombózu VFC a VFS, parciálna trombóza VP podľa CT venografie. Vrodený trombifilný stav nebol geneticky potvrdený. V novembri 2011 bola zistená už ťažká forma tohto ochorenia, pri liečbe kortikoidmi došlo k dekompenzácii cukrovky a vysokého krvného tlaku. Z dôvodu nezlepšenia efektu liečby bola dňa 13.6.2012 vykonaná splenektómia. Tohto času je ochorenie v kompletnej remisii. Navrhovateľka sa lieči na cukrovku II. typu šesť rokov, zo začiatku na inzulínoterapii, tohto času diétou a tabletami. Jedinou možnou komplikáciou cukrovky je polyneuropatia na nohách, ktorá nie je vyklasifikovaná a sú uvádzané iba známky podľa neurologického vyšetrenia. Iné orgánové komplikácie cukrovky ako očné, cievne, nefrologické a iné nie sú potvrdené. Navrhovateľka je asi do roku 2011 v liečbe endokrinológa pre Basedowovu chorobu, ktorej primárnou príčinou je autoimúnny zápal štítnej žľazy s tyreotoxikózou, tohto času je stav kompenzovaný. Navrhovateľka bola v septembri 2010 hospitalizovaná pre zápal hlbokých žíl na pravej nohe a forsírovanou liečbou došlo k úprave stavu. V júli 2010 prekonala zápal pľúc, bola hospitalizovaná na pľúcnom oddelení a po zahájení adekvátnej liečby sa stav upravil. Pridružené sekundárne ochorenia ako artériová hypertenzia, neklasifikovaná, popôrodná paréza plexus brachialis vpravo sú posudkovo nezávažné. Zdravotný stav navrhovateľky negatívne ovplyvňuje obezita ťažkého stupňa a chronický abúzus nikotínu. Ohľadom spätného uznania invalidity od 5.10.2009 konštatoval, že je z posudkového hľadiska bezpredmetné, pretože v danom období zdravotný stav navrhovateľky nebol dlhodobo nepriaznivý a keď sa klinicky zhoršoval, navrhovateľka bola uznaná dočasne práceneschopnou od 1.3.2012 a od 5.10.2012 bola uznaná invalidnou s mierou poklesu schopnosti vykonávať zárobkovú činnosť 55%. Rozhodujúcim zdravotným postihnutím u navrhovateľky je terapeutické odstránenie sleziny pre choroby krvi (kapitola II., položka 7.c) prílohy č. 4 zákona č. 461/2003 Z.z.), kde mieru poklesu schopnosti vykonávať zárobkovú činnosť posudkový lekár stanovil na 45%. Pre iné zdravotné postihnutie a to cukrovku kompenzovateľnú bez komplikácií, s ohľadom na pracovné zaradenie (kapitola IV., položka 1.b) prílohy č. 4 zákona č. 461/2003 Z.z.) zvýšil percentuálnu mieru o 10%. Celková miera poklesu schopnosti vykonávať zárobkovú činnosť u navrhovateľky je 55%. Navrhovateľka je invalidná podľa § 71 ods. 1 zákona č. 461/2003 Z.z. o sociálnom zabezpečení. Navrhovateľka môže vykonávať prácu bez nadmernej fyzickej a psychickej záťaže s dodržiavaním režimu diabetika, vykonávať prácu podľa vzdelania. Navrhovateľka sa na pojednávanie dňa 19.2.2014 napriek riadnemu predvolaniu nedostavila, svoju neúčasť na ňom ospravedlnila a súhlasila, aby súd rozhodol v jej neprítomnosti, a preto súd podľa § 101 ods. 2 Občianskeho súdneho poriadku (ďalej len O.s.p.) vec prejednal v jej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navrhovateľkou uvádzané ťažkosti a vysporiadali sa s lekárskymi nálezmi nachádzajúcimi sa v zdravotnej dokumentácii navrhovateľky a zhodne určili, že rozhodujúcim zdravotným postihnutím u navrhovateľky je terapeutické odstránenie sleziny pre choroby krvi (kapitola II., položka 7.c) prílohy č. 4 zákona č. 461/2003 Z.z.), kde mieru poklesu schopnosti vykonávať zárobkovú činnosť posudkoví lekári zhodne stanovili na 45%, čo predstavuje hornú hranicu miery poklesu schopnosti vykonávať zárobkovú činnosť v percentách pre dané ochorenie. Pre iné zdravotné postihnutie a to cukrovku kompenzovateľnú bez komplikácií (kapitola IV., položka 1.b) prílohy č. 4 zákona č. 461/2003 Z.z.) zvýšili percentuálnu mieru o 10%. Celková miera poklesu schopnosti vykonávať zárobkovú činnosť u navrhovateľky je 55%. Navrhovateľka je invalidná podľa § 71 ods. 1 zákona č. 461/2003 Z.z. o sociálnom zabezpečení. Basedowova choroba, ktorej primárnou príčinou je autoimúnny zápal štítnej žľazy s tyreotoxikózou je tohto času v stabilizovanom stave. U zápalu hlbokých žíl na pravej nohe došlo forsírovanou liečbou k úprave stavu. Taktiež u zápalu pľúc po zahájení adekvátnej liečby sa stav upravil. Ostatné ochorenia uvedené v diagnostickom súbore a to artériová hypertenzia, neklasifikovaná, popôrodná paréza plexus brachialis vpravo sú posudkovo nezávažné. Zdravotný stav navrhovateľky negatívne ovplyvňuje obezita ťažkého stupňa a chronický abúzus nikotínu. Spätné uznanie invalidity od 5.10.2009 je z posudkového hľadiska bezpredmetné, pretože v danom období zdravotný stav navrhovateľky nebol dlhodobo nepriaznivý a keď sa klinicky zhoršoval, navrhovateľka bola uznaná dočasne práceneschopnou od 1.3.2012 a od 5.10.2012 bola uznaná invalidnou s mierou poklesu schopnosti vykonávať zárobkovú činnosť 55%. Závery posudkov posudkových lekárov sú odborné, presvedčivé, náležite zdôvodnené a súd nezistil rozpor medzi ich závermi a zisteným skutočným stavom. Krajský súd preto z vyššie uvedených dôvodov napadnuté rozhodnutie číslo XXX XXX XXXX zo dňa 24. októbra 2012 podľa § 250q ods. 2 O.s.p. ako vecne správne potvrdil. O trovách konania súd rozhodol podľa § 250k ods. 1 v spojení s § 250l ods. 2 O.s.p. Navrhovateľka nebola v konaní úspešná, a preto jej súd trovy konania nepriznal a odporkyni trovy konania neprislúchajú. Poučenie: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https://www.kauzis.sk/judikatura/r/ECLI:SK:KSBA:2014:1013200421.1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