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2S/71/2013 z 24. 6. 2014</w:t>
      </w:r>
    </w:p>
    <w:p>
      <w:r>
        <w:t>Uznesenie Krajského súdu Bratislava z 24. júna 2014, sp. zn. 2S/71/2013, ECLI:SK:KSBA:2014:1013200519.1</w:t>
      </w:r>
    </w:p>
    <w:p>
      <w:r>
        <w:t>Súd: Krajský súd Bratislava</w:t>
      </w:r>
    </w:p>
    <w:p>
      <w:r>
        <w:t>Spisová značka: 2S/71/2013</w:t>
      </w:r>
    </w:p>
    <w:p>
      <w:r>
        <w:t>ECLI: ECLI:SK:KSBA:2014:1013200519.1</w:t>
      </w:r>
    </w:p>
    <w:p>
      <w:r>
        <w:t>Dátum vydania: 24. 6. 2014</w:t>
      </w:r>
    </w:p>
    <w:p>
      <w:r>
        <w:t>Forma: Uznesenie</w:t>
      </w:r>
    </w:p>
    <w:p>
      <w:pPr>
        <w:pStyle w:val="Heading2"/>
      </w:pPr>
      <w:r>
        <w:t>Text rozhodnutia</w:t>
      </w:r>
    </w:p>
    <w:p>
      <w:r>
        <w:t>Súd: Krajský súd Bratislava Spisová značka: 2S/71/2013 Identifikačné číslo súdneho spisu: 1013200519 Dátum vydania rozhodnutia: 25. 06. 2014 Meno a priezvisko sudcu, VSÚ: Mgr. Viliam Pohančeník ECLI: ECLI:SK:KSBA:2014:1013200519.1 Uznesenie Krajský súd v Bratislave v právnej veci žalobkyne: L.. T. W., U. letcov XXXX/XX, S., zastúpená: Advokátska kancelária Brázdil &amp; Brázdilová, Trhová 1, Zvolen, v mene ktorej koná JUDr. Jozef Brázdil, advokát a konateľ, proti žalovanému: Ministerstvo zdravotníctva Slovenskej republiky, Limbová 2, Bratislava, o preskúmanie zákonnosti rozhodnutia žalovaného č. P zo dňa XX.XX.XXXX, jednohlasne, takto r o z h o d o l : Krajský súd v Bratislave konanie z a s t a v u j e . Žiaden z účastníkov nemá právo na náhradu trov konania. o d ô v o d n e n i e : Žalobou doručenou Krajskému súdu v Bratislave dňa 20.03.2013 sa žalobkyňa domáhala preskúmania zákonnosti rozhodnutia žalovaného č. P zo dňa XX.XX.XXXX, ktorým žalovaný v súlade s § 59 ods. 2 Správneho poriadku zamietol odvolanie žalobkyne a potvrdil rozhodnutie Slovenskej lekárnickej komory č. XXXX/SLeK/XXXX zo dňa XX.XX.XXXX, ktorým prvostupňový správny orgán podľa § 71 ods. 1 v spojení s § 69 ods. 1 písm. c/ zákona č. 578/2004 Z.z. o poskytovateľoch zdravotnej starostlivosti, zdravotníckych pracovníkoch, stavovských organizáciách v zdravotníctve a o zmene a doplnení niektorých zákonov v znení neskorších predpisov zamietol žiadosť žalobkyne č. XXXX zo dňa XX.XX.XXXX o vydanie licencie na výkon činnosti odborného zástupcu zdravotníckym pracovníkom v povolaní farmaceut. Podaním doručeným Krajskému súdu v Bratislave dňa 30.05.2014 vzala žalobkyňa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žalobkyňa vzala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https://www.kauzis.sk/judikatura/r/ECLI:SK:KSBA:2014:1013200519.1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