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5Sd/57/2013 z 3. 6. 2014</w:t>
      </w:r>
    </w:p>
    <w:p>
      <w:r>
        <w:t>Uznesenie Krajského súdu Bratislava z 3. júna 2014, sp. zn. 5Sd/57/2013, ECLI:SK:KSBA:2014:1013200526.2</w:t>
      </w:r>
    </w:p>
    <w:p>
      <w:r>
        <w:t>Súd: Krajský súd Bratislava</w:t>
      </w:r>
    </w:p>
    <w:p>
      <w:r>
        <w:t>Spisová značka: 5Sd/57/2013</w:t>
      </w:r>
    </w:p>
    <w:p>
      <w:r>
        <w:t>ECLI: ECLI:SK:KSBA:2014:1013200526.2</w:t>
      </w:r>
    </w:p>
    <w:p>
      <w:r>
        <w:t>Dátum vydania: 3.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5Sd/57/2013 Identifikačné číslo súdneho spisu: 1013200526 Dátum vydania rozhodnutia: 04. 06. 2014 Meno a priezvisko sudcu, VSÚ: JUDr. Milota Tóthová ECLI: ECLI:SK:KSBA:2014:1013200526.2 Uznesenie Krajský súd v Bratislave v právnej veci navrhovateľa G. X., bytom Z. XXX, F.,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7.1.2013 žiadal preskúmať rozhodnutie odporkyne číslo XXX XXX XXXX zo dňa 14.12.2012, ktorým odporkyňa priznala od 27. októbra 2012 invalidný dôchodok v sume 255,70 eur mesačne, zvýšený od 1. januára 2013 na sumu 261,60 eur mesačne. Prehlásením na pojednávaní dňa 4.6.2014 navrhovateľ vzal späť návrh zo dňa 7.1.2013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 Účastníci sa vzdali opravného prostriedku.</w:t>
      </w:r>
    </w:p>
    <w:p/>
    <w:p>
      <w:r>
        <w:t>Zdroj: KAUZIS.SK – https://www.kauzis.sk/judikatura/r/ECLI:SK:KSBA:2014:1013200526.2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