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5Sp/33/2013 z 10. 12. 2014</w:t>
      </w:r>
    </w:p>
    <w:p>
      <w:r>
        <w:t>Uznesenie Krajského súdu Bratislava z 10. decembra 2014, sp. zn. 5Sp/33/2013, ECLI:SK:KSBA:2014:1013200528.1</w:t>
      </w:r>
    </w:p>
    <w:p>
      <w:r>
        <w:t>Súd: Krajský súd Bratislava</w:t>
      </w:r>
    </w:p>
    <w:p>
      <w:r>
        <w:t>Spisová značka: 5Sp/33/2013</w:t>
      </w:r>
    </w:p>
    <w:p>
      <w:r>
        <w:t>ECLI: ECLI:SK:KSBA:2014:1013200528.1</w:t>
      </w:r>
    </w:p>
    <w:p>
      <w:r>
        <w:t>Dátum vydania: 10.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5Sp/33/2013 Identifikačné číslo súdneho spisu: 1013200528 Dátum vydania rozhodnutia: 11. 12. 2014 Meno a priezvisko sudcu, VSÚ: JUDr. Peter Pospech ECLI: ECLI:SK:KSBA:2014:1013200528.1 Uznesenie Krajský súd v Bratislave v právnej veci navrhovateľov: X/ F. M., Q. U. XX, XXX XX Q., X/ S. M., Q. W. XXX, XXX XX Q., proti odporcovi: Okresný úrad Bratislava, pozemkový a lesný odbor, so sídlom Trenčianska 55, 821 09 Bratislava, za účasti: X/ T.. Ľ. B., Q. U. W. X/A, XXX XX Q., X/ P. U. G., P. P. Q. XX, XXX XX Q., X/ W. L. P. Q., P. P. U. M.. Č.. X, XXX XX Q., o preskúmanie rozhodnutia odporcu č.: 1350/04, zn. R2-5374/12/462/11/MBE zo dňa 17.10.2012, takto r o z h o d o l : Súd konanie z a s t a v u j e . Žiaden z účastníkov nemá právo na náhradu trov konania. o d ô v o d n e n i e : Navrhovatelia v 1/ a 2/ rade svojím návrhom došlým dňa 13.11.2012 žiadali preskúmať rozhodnutie odporcu č.: 1350/04, zn. R2-5374/12/462/11/MBE zo dňa 17.10.2012, ktorým odporca priznal navrhovateľom právo na náhradu za nehnuteľnosť PK parc.č. XXX/XX J. XXX/XX, pôvodné kat.úz. Q. - F.. Písomným prehlásením došlým súdu dňa 24.11.2014 navrhovatelia v 1/ a 2/ rade vzali späť návrh v celom rozsahu a žiadali konanie zastaviť s tým, že súhlasia s peňažnou náhradou. Odporca nemal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https://www.kauzis.sk/judikatura/r/ECLI:SK:KSBA:2014:1013200528.1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