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5Sd/58/2013 z 24. 9. 2014</w:t>
      </w:r>
    </w:p>
    <w:p>
      <w:r>
        <w:t>Uznesenie Krajského súdu Bratislava z 24. septembra 2014, sp. zn. 5Sd/58/2013, ECLI:SK:KSBA:2014:1013200535.2</w:t>
      </w:r>
    </w:p>
    <w:p>
      <w:r>
        <w:t>Súd: Krajský súd Bratislava</w:t>
      </w:r>
    </w:p>
    <w:p>
      <w:r>
        <w:t>Spisová značka: 5Sd/58/2013</w:t>
      </w:r>
    </w:p>
    <w:p>
      <w:r>
        <w:t>ECLI: ECLI:SK:KSBA:2014:1013200535.2</w:t>
      </w:r>
    </w:p>
    <w:p>
      <w:r>
        <w:t>Dátum vydania: 24. 9. 2014</w:t>
      </w:r>
    </w:p>
    <w:p>
      <w:r>
        <w:t>Forma: Uznesenie</w:t>
      </w:r>
    </w:p>
    <w:p>
      <w:pPr>
        <w:pStyle w:val="Heading2"/>
      </w:pPr>
      <w:r>
        <w:t>Text rozhodnutia</w:t>
      </w:r>
    </w:p>
    <w:p>
      <w:r>
        <w:t>Súd: Krajský súd Bratislava Spisová značka: 5Sd/58/2013 Identifikačné číslo súdneho spisu: 1013200535 Dátum vydania rozhodnutia: 25. 09. 2014 Meno a priezvisko sudcu, VSÚ: JUDr. Milota Tóthová ECLI: ECLI:SK:KSBA:2014:1013200535.2 Uznesenie Krajský súd v Bratislave v právnej veci navrhovateľky U. U., V. G. X, V.,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17.1.2013 žiadala preskúmať rozhodnutie odporkyne číslo XXX XXX XXXX zo dňa 10.12.2012, ktorým odporkyňa znížila sumu invalidného dôchodku. Písomným prehlásením zo dňa 14.7.2014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https://www.kauzis.sk/judikatura/r/ECLI:SK:KSBA:2014:1013200535.2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